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3B755" w14:textId="77777777" w:rsidR="004F3A74" w:rsidRDefault="004F3A74">
      <w:pPr>
        <w:spacing w:after="240"/>
      </w:pPr>
    </w:p>
    <w:p w14:paraId="770D1815" w14:textId="77777777" w:rsidR="004F3A74" w:rsidRDefault="004F3A74">
      <w:pPr>
        <w:spacing w:after="240"/>
      </w:pPr>
    </w:p>
    <w:p w14:paraId="4C61E686" w14:textId="77777777" w:rsidR="004F3A74" w:rsidRDefault="004F3A74">
      <w:pPr>
        <w:spacing w:after="240"/>
      </w:pPr>
    </w:p>
    <w:p w14:paraId="62D5771F" w14:textId="77777777" w:rsidR="004F3A74" w:rsidRDefault="00000000">
      <w:pPr>
        <w:spacing w:after="200"/>
      </w:pPr>
      <w:r>
        <w:rPr>
          <w:rFonts w:eastAsia="Calibri"/>
          <w:b/>
          <w:color w:val="2E74B5"/>
          <w:sz w:val="20"/>
        </w:rPr>
        <w:t>TÀI LIỆU TÍCH HỢP API</w:t>
      </w:r>
    </w:p>
    <w:p w14:paraId="3247D54D" w14:textId="77777777" w:rsidR="004F3A74" w:rsidRDefault="00000000">
      <w:pPr>
        <w:spacing w:after="160"/>
      </w:pPr>
      <w:r>
        <w:rPr>
          <w:rFonts w:eastAsia="Calibri"/>
          <w:b/>
          <w:sz w:val="58"/>
        </w:rPr>
        <w:t>HIS Work Schedule API</w:t>
      </w:r>
    </w:p>
    <w:p w14:paraId="08CEBA2D" w14:textId="77777777" w:rsidR="004F3A74" w:rsidRDefault="00000000">
      <w:pPr>
        <w:spacing w:after="480"/>
      </w:pPr>
      <w:r>
        <w:rPr>
          <w:rFonts w:eastAsia="Calibri"/>
          <w:color w:val="5F6B7A"/>
          <w:sz w:val="27"/>
        </w:rPr>
        <w:t>Hướng dẫn tích hợp lịch làm việc bác sĩ, kiểm thử Postman và deep-link đặt khám</w:t>
      </w:r>
    </w:p>
    <w:tbl>
      <w:tblPr>
        <w:tblW w:w="9360" w:type="dxa"/>
        <w:tblInd w:w="120" w:type="dxa"/>
        <w:tblLayout w:type="fixed"/>
        <w:tblLook w:val="04A0" w:firstRow="1" w:lastRow="0" w:firstColumn="1" w:lastColumn="0" w:noHBand="0" w:noVBand="1"/>
      </w:tblPr>
      <w:tblGrid>
        <w:gridCol w:w="1900"/>
        <w:gridCol w:w="7460"/>
      </w:tblGrid>
      <w:tr w:rsidR="004F3A74" w14:paraId="2F1516F2" w14:textId="77777777">
        <w:tc>
          <w:tcPr>
            <w:tcW w:w="19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7DC90398" w14:textId="77777777" w:rsidR="004F3A74" w:rsidRDefault="00000000">
            <w:pPr>
              <w:spacing w:after="0"/>
            </w:pPr>
            <w:r>
              <w:rPr>
                <w:rFonts w:eastAsia="Calibri"/>
                <w:b/>
                <w:sz w:val="19"/>
              </w:rPr>
              <w:t>Đơn vị phát hành</w:t>
            </w:r>
          </w:p>
        </w:tc>
        <w:tc>
          <w:tcPr>
            <w:tcW w:w="74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39BE7B7" w14:textId="77777777" w:rsidR="004F3A74" w:rsidRDefault="00000000">
            <w:pPr>
              <w:spacing w:after="0"/>
            </w:pPr>
            <w:r>
              <w:rPr>
                <w:rFonts w:eastAsia="Calibri"/>
                <w:sz w:val="19"/>
              </w:rPr>
              <w:t>SIS SOFT</w:t>
            </w:r>
          </w:p>
        </w:tc>
      </w:tr>
      <w:tr w:rsidR="004F3A74" w14:paraId="45C6FAD4" w14:textId="77777777">
        <w:tc>
          <w:tcPr>
            <w:tcW w:w="19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571E15FC" w14:textId="77777777" w:rsidR="004F3A74" w:rsidRDefault="00000000">
            <w:pPr>
              <w:spacing w:after="0"/>
            </w:pPr>
            <w:r>
              <w:rPr>
                <w:rFonts w:eastAsia="Calibri"/>
                <w:b/>
                <w:sz w:val="19"/>
              </w:rPr>
              <w:t>Phiên bản</w:t>
            </w:r>
          </w:p>
        </w:tc>
        <w:tc>
          <w:tcPr>
            <w:tcW w:w="74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83E36BE" w14:textId="77777777" w:rsidR="004F3A74" w:rsidRDefault="00000000">
            <w:pPr>
              <w:spacing w:after="0"/>
            </w:pPr>
            <w:r>
              <w:rPr>
                <w:rFonts w:eastAsia="Calibri"/>
                <w:sz w:val="19"/>
              </w:rPr>
              <w:t>3.0</w:t>
            </w:r>
          </w:p>
        </w:tc>
      </w:tr>
      <w:tr w:rsidR="004F3A74" w14:paraId="38094309" w14:textId="77777777">
        <w:tc>
          <w:tcPr>
            <w:tcW w:w="19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7D916EC1" w14:textId="77777777" w:rsidR="004F3A74" w:rsidRDefault="00000000">
            <w:pPr>
              <w:spacing w:after="0"/>
            </w:pPr>
            <w:r>
              <w:rPr>
                <w:rFonts w:eastAsia="Calibri"/>
                <w:b/>
                <w:sz w:val="19"/>
              </w:rPr>
              <w:t>Cập nhật</w:t>
            </w:r>
          </w:p>
        </w:tc>
        <w:tc>
          <w:tcPr>
            <w:tcW w:w="74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4F52D6DA" w14:textId="77777777" w:rsidR="004F3A74" w:rsidRDefault="00000000">
            <w:pPr>
              <w:spacing w:after="0"/>
            </w:pPr>
            <w:r>
              <w:rPr>
                <w:rFonts w:eastAsia="Calibri"/>
                <w:sz w:val="19"/>
              </w:rPr>
              <w:t>28/07/2026</w:t>
            </w:r>
          </w:p>
        </w:tc>
      </w:tr>
      <w:tr w:rsidR="004F3A74" w14:paraId="572592C6" w14:textId="77777777">
        <w:tc>
          <w:tcPr>
            <w:tcW w:w="19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565D81F1" w14:textId="77777777" w:rsidR="004F3A74" w:rsidRDefault="00000000">
            <w:pPr>
              <w:spacing w:after="0"/>
            </w:pPr>
            <w:r>
              <w:rPr>
                <w:rFonts w:eastAsia="Calibri"/>
                <w:b/>
                <w:sz w:val="19"/>
              </w:rPr>
              <w:t>Đối tượng sử dụng</w:t>
            </w:r>
          </w:p>
        </w:tc>
        <w:tc>
          <w:tcPr>
            <w:tcW w:w="74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5C4ED3F0" w14:textId="77777777" w:rsidR="004F3A74" w:rsidRDefault="00000000">
            <w:pPr>
              <w:spacing w:after="0"/>
            </w:pPr>
            <w:r>
              <w:rPr>
                <w:rFonts w:eastAsia="Calibri"/>
                <w:sz w:val="19"/>
              </w:rPr>
              <w:t>Đội tích hợp bệnh viện / kỹ sư kiểm thử API</w:t>
            </w:r>
          </w:p>
        </w:tc>
      </w:tr>
      <w:tr w:rsidR="004F3A74" w14:paraId="2ADEE420" w14:textId="77777777">
        <w:tc>
          <w:tcPr>
            <w:tcW w:w="19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577CA80B" w14:textId="77777777" w:rsidR="004F3A74" w:rsidRDefault="00000000">
            <w:pPr>
              <w:spacing w:after="0"/>
            </w:pPr>
            <w:r>
              <w:rPr>
                <w:rFonts w:eastAsia="Calibri"/>
                <w:b/>
                <w:sz w:val="19"/>
              </w:rPr>
              <w:t>Phạm vi</w:t>
            </w:r>
          </w:p>
        </w:tc>
        <w:tc>
          <w:tcPr>
            <w:tcW w:w="74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447A056" w14:textId="77777777" w:rsidR="004F3A74" w:rsidRDefault="00000000">
            <w:pPr>
              <w:spacing w:after="0"/>
            </w:pPr>
            <w:r>
              <w:rPr>
                <w:rFonts w:eastAsia="Calibri"/>
                <w:sz w:val="19"/>
              </w:rPr>
              <w:t>POST /connect/token, 02 API lịch làm việc và deep-link đặt khám</w:t>
            </w:r>
          </w:p>
        </w:tc>
      </w:tr>
    </w:tbl>
    <w:p w14:paraId="43E27425" w14:textId="77777777" w:rsidR="004F3A74" w:rsidRDefault="004F3A74">
      <w:pPr>
        <w:spacing w:line="20" w:lineRule="exact"/>
      </w:pPr>
    </w:p>
    <w:tbl>
      <w:tblPr>
        <w:tblW w:w="9360" w:type="dxa"/>
        <w:tblInd w:w="120" w:type="dxa"/>
        <w:tblLayout w:type="fixed"/>
        <w:tblLook w:val="04A0" w:firstRow="1" w:lastRow="0" w:firstColumn="1" w:lastColumn="0" w:noHBand="0" w:noVBand="1"/>
      </w:tblPr>
      <w:tblGrid>
        <w:gridCol w:w="9360"/>
      </w:tblGrid>
      <w:tr w:rsidR="004F3A74" w14:paraId="33946812" w14:textId="77777777">
        <w:tc>
          <w:tcPr>
            <w:tcW w:w="9360" w:type="dxa"/>
            <w:tcBorders>
              <w:top w:val="single" w:sz="3" w:space="0" w:color="C9D3DF"/>
              <w:left w:val="single" w:sz="18" w:space="0" w:color="7A5A00"/>
              <w:bottom w:val="single" w:sz="3" w:space="0" w:color="C9D3DF"/>
              <w:right w:val="single" w:sz="3" w:space="0" w:color="C9D3DF"/>
            </w:tcBorders>
            <w:shd w:val="clear" w:color="auto" w:fill="F4F6F9"/>
            <w:tcMar>
              <w:top w:w="110" w:type="dxa"/>
              <w:left w:w="160" w:type="dxa"/>
              <w:bottom w:w="110" w:type="dxa"/>
              <w:right w:w="160" w:type="dxa"/>
            </w:tcMar>
          </w:tcPr>
          <w:p w14:paraId="618E8515" w14:textId="77777777" w:rsidR="004F3A74" w:rsidRDefault="00000000">
            <w:pPr>
              <w:spacing w:after="40"/>
            </w:pPr>
            <w:r>
              <w:rPr>
                <w:rFonts w:eastAsia="Calibri"/>
                <w:b/>
                <w:color w:val="7A5A00"/>
                <w:sz w:val="17"/>
              </w:rPr>
              <w:t>LƯU Ý BẢO MẬT</w:t>
            </w:r>
            <w:r>
              <w:rPr>
                <w:rFonts w:eastAsia="Calibri"/>
                <w:b/>
                <w:color w:val="7A5A00"/>
                <w:sz w:val="17"/>
              </w:rPr>
              <w:br/>
            </w:r>
            <w:r>
              <w:rPr>
                <w:rFonts w:eastAsia="Calibri"/>
                <w:sz w:val="19"/>
              </w:rPr>
              <w:t>Tài liệu sử dụng placeholder. Client secret và access token thật phải được bàn giao qua kênh bảo mật, không lưu trong tài liệu, ảnh chụp hoặc Postman Collection dùng chung.</w:t>
            </w:r>
          </w:p>
        </w:tc>
      </w:tr>
    </w:tbl>
    <w:p w14:paraId="5F695487" w14:textId="77777777" w:rsidR="004F3A74" w:rsidRDefault="004F3A74">
      <w:pPr>
        <w:spacing w:line="20" w:lineRule="exact"/>
      </w:pPr>
    </w:p>
    <w:p w14:paraId="66DC9EA6" w14:textId="77777777" w:rsidR="004F3A74" w:rsidRDefault="00000000">
      <w:r>
        <w:br w:type="page"/>
      </w:r>
    </w:p>
    <w:p w14:paraId="38BF3DD1" w14:textId="77777777" w:rsidR="004F3A74" w:rsidRDefault="00000000">
      <w:pPr>
        <w:pStyle w:val="Heading1"/>
      </w:pPr>
      <w:r>
        <w:lastRenderedPageBreak/>
        <w:t>Tổng quan tích hợp</w:t>
      </w:r>
    </w:p>
    <w:tbl>
      <w:tblPr>
        <w:tblW w:w="9360" w:type="dxa"/>
        <w:tblInd w:w="120" w:type="dxa"/>
        <w:tblLayout w:type="fixed"/>
        <w:tblLook w:val="04A0" w:firstRow="1" w:lastRow="0" w:firstColumn="1" w:lastColumn="0" w:noHBand="0" w:noVBand="1"/>
      </w:tblPr>
      <w:tblGrid>
        <w:gridCol w:w="2700"/>
        <w:gridCol w:w="6660"/>
      </w:tblGrid>
      <w:tr w:rsidR="004F3A74" w14:paraId="1790D49F" w14:textId="77777777">
        <w:tc>
          <w:tcPr>
            <w:tcW w:w="27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1BB349E7" w14:textId="77777777" w:rsidR="004F3A74" w:rsidRDefault="00000000">
            <w:pPr>
              <w:spacing w:after="0"/>
            </w:pPr>
            <w:r>
              <w:rPr>
                <w:rFonts w:eastAsia="Calibri"/>
                <w:b/>
                <w:sz w:val="19"/>
              </w:rPr>
              <w:t>Base URL</w:t>
            </w:r>
          </w:p>
        </w:tc>
        <w:tc>
          <w:tcPr>
            <w:tcW w:w="66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4826E7A1" w14:textId="759D2ACC" w:rsidR="004F3A74" w:rsidRDefault="00541E9A">
            <w:pPr>
              <w:spacing w:after="0"/>
            </w:pPr>
            <w:r w:rsidRPr="00541E9A">
              <w:t>https://dhs.sisvietnam.vn</w:t>
            </w:r>
          </w:p>
        </w:tc>
      </w:tr>
      <w:tr w:rsidR="004F3A74" w14:paraId="13ED7907" w14:textId="77777777">
        <w:tc>
          <w:tcPr>
            <w:tcW w:w="27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2A399607" w14:textId="77777777" w:rsidR="004F3A74" w:rsidRDefault="00000000">
            <w:pPr>
              <w:spacing w:after="0"/>
            </w:pPr>
            <w:r>
              <w:rPr>
                <w:rFonts w:eastAsia="Calibri"/>
                <w:b/>
                <w:sz w:val="19"/>
              </w:rPr>
              <w:t>Token endpoint</w:t>
            </w:r>
          </w:p>
        </w:tc>
        <w:tc>
          <w:tcPr>
            <w:tcW w:w="66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E3D6235" w14:textId="1C42169F" w:rsidR="004F3A74" w:rsidRDefault="00000000">
            <w:pPr>
              <w:spacing w:after="0"/>
            </w:pPr>
            <w:r>
              <w:rPr>
                <w:rFonts w:eastAsia="Calibri"/>
                <w:sz w:val="19"/>
              </w:rPr>
              <w:t>POST</w:t>
            </w:r>
            <w:r w:rsidR="00541E9A">
              <w:rPr>
                <w:rFonts w:eastAsia="Calibri"/>
                <w:sz w:val="19"/>
              </w:rPr>
              <w:t xml:space="preserve"> …</w:t>
            </w:r>
            <w:r>
              <w:rPr>
                <w:rFonts w:eastAsia="Calibri"/>
                <w:sz w:val="19"/>
              </w:rPr>
              <w:t xml:space="preserve"> /connect/token</w:t>
            </w:r>
          </w:p>
        </w:tc>
      </w:tr>
      <w:tr w:rsidR="004F3A74" w14:paraId="7F24B4E4" w14:textId="77777777">
        <w:tc>
          <w:tcPr>
            <w:tcW w:w="27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1848B911" w14:textId="77777777" w:rsidR="004F3A74" w:rsidRDefault="00000000">
            <w:pPr>
              <w:spacing w:after="0"/>
            </w:pPr>
            <w:r>
              <w:rPr>
                <w:rFonts w:eastAsia="Calibri"/>
                <w:b/>
                <w:sz w:val="19"/>
              </w:rPr>
              <w:t>API 1</w:t>
            </w:r>
          </w:p>
        </w:tc>
        <w:tc>
          <w:tcPr>
            <w:tcW w:w="66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8F08B81" w14:textId="110401A9" w:rsidR="004F3A74" w:rsidRDefault="00000000">
            <w:pPr>
              <w:spacing w:after="0"/>
            </w:pPr>
            <w:r>
              <w:rPr>
                <w:rFonts w:eastAsia="Calibri"/>
                <w:sz w:val="19"/>
              </w:rPr>
              <w:t xml:space="preserve">GET </w:t>
            </w:r>
            <w:r w:rsidR="00541E9A">
              <w:rPr>
                <w:rFonts w:eastAsia="Calibri"/>
                <w:sz w:val="19"/>
              </w:rPr>
              <w:t xml:space="preserve">… </w:t>
            </w:r>
            <w:r>
              <w:rPr>
                <w:rFonts w:eastAsia="Calibri"/>
                <w:sz w:val="19"/>
              </w:rPr>
              <w:t>/</w:t>
            </w:r>
            <w:proofErr w:type="spellStart"/>
            <w:r>
              <w:rPr>
                <w:rFonts w:eastAsia="Calibri"/>
                <w:sz w:val="19"/>
              </w:rPr>
              <w:t>api</w:t>
            </w:r>
            <w:proofErr w:type="spellEnd"/>
            <w:r>
              <w:rPr>
                <w:rFonts w:eastAsia="Calibri"/>
                <w:sz w:val="19"/>
              </w:rPr>
              <w:t>/app/his/doctors/work-schedules</w:t>
            </w:r>
          </w:p>
        </w:tc>
      </w:tr>
      <w:tr w:rsidR="004F3A74" w14:paraId="51991352" w14:textId="77777777">
        <w:tc>
          <w:tcPr>
            <w:tcW w:w="27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3E3C97A6" w14:textId="77777777" w:rsidR="004F3A74" w:rsidRDefault="00000000">
            <w:pPr>
              <w:spacing w:after="0"/>
            </w:pPr>
            <w:r>
              <w:rPr>
                <w:rFonts w:eastAsia="Calibri"/>
                <w:b/>
                <w:sz w:val="19"/>
              </w:rPr>
              <w:t>API 2</w:t>
            </w:r>
          </w:p>
        </w:tc>
        <w:tc>
          <w:tcPr>
            <w:tcW w:w="66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59288DB" w14:textId="31A8C01E" w:rsidR="004F3A74" w:rsidRDefault="00000000">
            <w:pPr>
              <w:spacing w:after="0"/>
            </w:pPr>
            <w:r>
              <w:rPr>
                <w:rFonts w:eastAsia="Calibri"/>
                <w:sz w:val="19"/>
              </w:rPr>
              <w:t>GET</w:t>
            </w:r>
            <w:r w:rsidR="00541E9A">
              <w:rPr>
                <w:rFonts w:eastAsia="Calibri"/>
                <w:sz w:val="19"/>
              </w:rPr>
              <w:t xml:space="preserve"> …</w:t>
            </w:r>
            <w:r>
              <w:rPr>
                <w:rFonts w:eastAsia="Calibri"/>
                <w:sz w:val="19"/>
              </w:rPr>
              <w:t xml:space="preserve"> /</w:t>
            </w:r>
            <w:proofErr w:type="spellStart"/>
            <w:r>
              <w:rPr>
                <w:rFonts w:eastAsia="Calibri"/>
                <w:sz w:val="19"/>
              </w:rPr>
              <w:t>api</w:t>
            </w:r>
            <w:proofErr w:type="spellEnd"/>
            <w:r>
              <w:rPr>
                <w:rFonts w:eastAsia="Calibri"/>
                <w:sz w:val="19"/>
              </w:rPr>
              <w:t>/app/his/doctors/{</w:t>
            </w:r>
            <w:proofErr w:type="spellStart"/>
            <w:r>
              <w:rPr>
                <w:rFonts w:eastAsia="Calibri"/>
                <w:sz w:val="19"/>
              </w:rPr>
              <w:t>doctorCode</w:t>
            </w:r>
            <w:proofErr w:type="spellEnd"/>
            <w:r>
              <w:rPr>
                <w:rFonts w:eastAsia="Calibri"/>
                <w:sz w:val="19"/>
              </w:rPr>
              <w:t>}/work-schedule-days</w:t>
            </w:r>
          </w:p>
        </w:tc>
      </w:tr>
      <w:tr w:rsidR="004F3A74" w14:paraId="4717FC64" w14:textId="77777777">
        <w:tc>
          <w:tcPr>
            <w:tcW w:w="27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788721DA" w14:textId="77777777" w:rsidR="004F3A74" w:rsidRDefault="00000000">
            <w:pPr>
              <w:spacing w:after="0"/>
            </w:pPr>
            <w:r>
              <w:rPr>
                <w:rFonts w:eastAsia="Calibri"/>
                <w:b/>
                <w:sz w:val="19"/>
              </w:rPr>
              <w:t>Client ID</w:t>
            </w:r>
          </w:p>
        </w:tc>
        <w:tc>
          <w:tcPr>
            <w:tcW w:w="66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32AAC11" w14:textId="77777777" w:rsidR="004F3A74" w:rsidRDefault="00000000">
            <w:pPr>
              <w:spacing w:after="0"/>
            </w:pPr>
            <w:r>
              <w:rPr>
                <w:rFonts w:eastAsia="Calibri"/>
                <w:sz w:val="19"/>
              </w:rPr>
              <w:t>DigitalHealthSolutions_HospitalIntegration</w:t>
            </w:r>
          </w:p>
        </w:tc>
      </w:tr>
      <w:tr w:rsidR="004F3A74" w14:paraId="52B87717" w14:textId="77777777">
        <w:tc>
          <w:tcPr>
            <w:tcW w:w="27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7E3A57AC" w14:textId="77777777" w:rsidR="004F3A74" w:rsidRDefault="00000000">
            <w:pPr>
              <w:spacing w:after="0"/>
            </w:pPr>
            <w:r>
              <w:rPr>
                <w:rFonts w:eastAsia="Calibri"/>
                <w:b/>
                <w:sz w:val="19"/>
              </w:rPr>
              <w:t>Scope</w:t>
            </w:r>
          </w:p>
        </w:tc>
        <w:tc>
          <w:tcPr>
            <w:tcW w:w="66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F426F67" w14:textId="77777777" w:rsidR="004F3A74" w:rsidRDefault="00000000">
            <w:pPr>
              <w:spacing w:after="0"/>
            </w:pPr>
            <w:r>
              <w:rPr>
                <w:rFonts w:eastAsia="Calibri"/>
                <w:sz w:val="19"/>
              </w:rPr>
              <w:t>HospitalIntegration</w:t>
            </w:r>
          </w:p>
        </w:tc>
      </w:tr>
      <w:tr w:rsidR="00541E9A" w14:paraId="1CB848DC" w14:textId="77777777">
        <w:tc>
          <w:tcPr>
            <w:tcW w:w="27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0397A198" w14:textId="03C93E37" w:rsidR="00541E9A" w:rsidRPr="00541E9A" w:rsidRDefault="00541E9A">
            <w:pPr>
              <w:spacing w:after="0"/>
              <w:rPr>
                <w:rFonts w:eastAsia="Calibri"/>
                <w:b/>
                <w:bCs/>
                <w:sz w:val="19"/>
              </w:rPr>
            </w:pPr>
            <w:proofErr w:type="spellStart"/>
            <w:r w:rsidRPr="00541E9A">
              <w:rPr>
                <w:rFonts w:eastAsia="Calibri"/>
                <w:b/>
                <w:bCs/>
                <w:sz w:val="18"/>
              </w:rPr>
              <w:t>client_secret</w:t>
            </w:r>
            <w:proofErr w:type="spellEnd"/>
          </w:p>
        </w:tc>
        <w:tc>
          <w:tcPr>
            <w:tcW w:w="66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B1EEEB3" w14:textId="7ED67667" w:rsidR="00541E9A" w:rsidRDefault="00541E9A">
            <w:pPr>
              <w:spacing w:after="0"/>
              <w:rPr>
                <w:rFonts w:eastAsia="Calibri"/>
                <w:sz w:val="19"/>
              </w:rPr>
            </w:pPr>
            <w:proofErr w:type="spellStart"/>
            <w:r w:rsidRPr="00541E9A">
              <w:rPr>
                <w:rFonts w:eastAsia="Calibri"/>
                <w:sz w:val="19"/>
              </w:rPr>
              <w:t>XPWFParRQldtZopqdDFLPYblIzauxuWT</w:t>
            </w:r>
            <w:proofErr w:type="spellEnd"/>
          </w:p>
        </w:tc>
      </w:tr>
      <w:tr w:rsidR="00541E9A" w14:paraId="114815FC" w14:textId="77777777">
        <w:tc>
          <w:tcPr>
            <w:tcW w:w="27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4F3E8F8B" w14:textId="57EC5054" w:rsidR="00541E9A" w:rsidRPr="00541E9A" w:rsidRDefault="0096544C">
            <w:pPr>
              <w:spacing w:after="0"/>
              <w:rPr>
                <w:rFonts w:eastAsia="Calibri"/>
                <w:b/>
                <w:bCs/>
                <w:sz w:val="18"/>
              </w:rPr>
            </w:pPr>
            <w:r w:rsidRPr="0096544C">
              <w:rPr>
                <w:rFonts w:eastAsia="Calibri"/>
                <w:b/>
                <w:bCs/>
                <w:sz w:val="18"/>
              </w:rPr>
              <w:t>__tenant</w:t>
            </w:r>
          </w:p>
        </w:tc>
        <w:tc>
          <w:tcPr>
            <w:tcW w:w="66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E15B185" w14:textId="6D9417F8" w:rsidR="00541E9A" w:rsidRPr="00541E9A" w:rsidRDefault="0096544C">
            <w:pPr>
              <w:spacing w:after="0"/>
              <w:rPr>
                <w:rFonts w:eastAsia="Calibri"/>
                <w:sz w:val="19"/>
              </w:rPr>
            </w:pPr>
            <w:r w:rsidRPr="0096544C">
              <w:rPr>
                <w:rFonts w:eastAsia="Calibri"/>
                <w:sz w:val="19"/>
              </w:rPr>
              <w:t>3a0f747c-57b6-753b-ba21-3987e8e93b9a</w:t>
            </w:r>
          </w:p>
        </w:tc>
      </w:tr>
    </w:tbl>
    <w:p w14:paraId="7189278E" w14:textId="77777777" w:rsidR="004F3A74" w:rsidRDefault="004F3A74">
      <w:pPr>
        <w:spacing w:line="20" w:lineRule="exact"/>
      </w:pPr>
    </w:p>
    <w:p w14:paraId="35BF7483" w14:textId="77777777" w:rsidR="004F3A74" w:rsidRDefault="00000000">
      <w:pPr>
        <w:numPr>
          <w:ilvl w:val="0"/>
          <w:numId w:val="10"/>
        </w:numPr>
      </w:pPr>
      <w:r>
        <w:rPr>
          <w:rFonts w:eastAsia="Calibri"/>
          <w:sz w:val="21"/>
        </w:rPr>
        <w:t>API 1 trả danh sách bác sĩ còn lịch trong khoảng ngày được yêu cầu.</w:t>
      </w:r>
    </w:p>
    <w:p w14:paraId="0CE59E3C" w14:textId="77777777" w:rsidR="004F3A74" w:rsidRDefault="00000000">
      <w:pPr>
        <w:numPr>
          <w:ilvl w:val="0"/>
          <w:numId w:val="10"/>
        </w:numPr>
      </w:pPr>
      <w:r>
        <w:rPr>
          <w:rFonts w:eastAsia="Calibri"/>
          <w:sz w:val="21"/>
        </w:rPr>
        <w:t>API 2 trả các ngày còn lịch của một bác sĩ cụ thể.</w:t>
      </w:r>
    </w:p>
    <w:p w14:paraId="5FF412B3" w14:textId="77777777" w:rsidR="004F3A74" w:rsidRDefault="00000000">
      <w:pPr>
        <w:numPr>
          <w:ilvl w:val="0"/>
          <w:numId w:val="10"/>
        </w:numPr>
      </w:pPr>
      <w:r>
        <w:rPr>
          <w:rFonts w:eastAsia="Calibri"/>
          <w:sz w:val="21"/>
        </w:rPr>
        <w:t>Deep-link cho phép website bên thứ ba mở luồng đặt khám với bác sĩ đã chọn.</w:t>
      </w:r>
    </w:p>
    <w:p w14:paraId="79557049" w14:textId="5F21A146" w:rsidR="004F3A74" w:rsidRDefault="00000000" w:rsidP="00541E9A">
      <w:pPr>
        <w:numPr>
          <w:ilvl w:val="0"/>
          <w:numId w:val="10"/>
        </w:numPr>
      </w:pPr>
      <w:r>
        <w:rPr>
          <w:rFonts w:eastAsia="Calibri"/>
          <w:sz w:val="21"/>
        </w:rPr>
        <w:t xml:space="preserve">Client PACS không được phép gọi hai API </w:t>
      </w:r>
      <w:proofErr w:type="spellStart"/>
      <w:r>
        <w:rPr>
          <w:rFonts w:eastAsia="Calibri"/>
          <w:sz w:val="21"/>
        </w:rPr>
        <w:t>lịch</w:t>
      </w:r>
      <w:proofErr w:type="spellEnd"/>
      <w:r>
        <w:rPr>
          <w:rFonts w:eastAsia="Calibri"/>
          <w:sz w:val="21"/>
        </w:rPr>
        <w:t xml:space="preserve"> </w:t>
      </w:r>
      <w:proofErr w:type="spellStart"/>
      <w:r>
        <w:rPr>
          <w:rFonts w:eastAsia="Calibri"/>
          <w:sz w:val="21"/>
        </w:rPr>
        <w:t>làm</w:t>
      </w:r>
      <w:proofErr w:type="spellEnd"/>
      <w:r>
        <w:rPr>
          <w:rFonts w:eastAsia="Calibri"/>
          <w:sz w:val="21"/>
        </w:rPr>
        <w:t xml:space="preserve"> </w:t>
      </w:r>
      <w:proofErr w:type="spellStart"/>
      <w:r>
        <w:rPr>
          <w:rFonts w:eastAsia="Calibri"/>
          <w:sz w:val="21"/>
        </w:rPr>
        <w:t>việc</w:t>
      </w:r>
      <w:proofErr w:type="spellEnd"/>
      <w:r>
        <w:rPr>
          <w:rFonts w:eastAsia="Calibri"/>
          <w:sz w:val="21"/>
        </w:rPr>
        <w:t xml:space="preserve"> </w:t>
      </w:r>
      <w:proofErr w:type="spellStart"/>
      <w:r>
        <w:rPr>
          <w:rFonts w:eastAsia="Calibri"/>
          <w:sz w:val="21"/>
        </w:rPr>
        <w:t>này</w:t>
      </w:r>
      <w:proofErr w:type="spellEnd"/>
      <w:r>
        <w:rPr>
          <w:rFonts w:eastAsia="Calibri"/>
          <w:sz w:val="21"/>
        </w:rPr>
        <w:t>.</w:t>
      </w:r>
    </w:p>
    <w:p w14:paraId="5DC18D9D" w14:textId="77777777" w:rsidR="004F3A74" w:rsidRDefault="00000000">
      <w:r>
        <w:br w:type="page"/>
      </w:r>
    </w:p>
    <w:p w14:paraId="6562ABDB" w14:textId="77777777" w:rsidR="004F3A74" w:rsidRDefault="00000000">
      <w:pPr>
        <w:pStyle w:val="Heading1"/>
      </w:pPr>
      <w:r>
        <w:lastRenderedPageBreak/>
        <w:t>1. Xác thực và lấy Bearer token</w:t>
      </w:r>
    </w:p>
    <w:p w14:paraId="1567D903" w14:textId="77777777" w:rsidR="004F3A74" w:rsidRDefault="00000000">
      <w:r>
        <w:t>Hệ thống sử dụng OAuth 2.0 Client Credentials. Token được lấy trên Blazor host và chỉ có hiệu lực với đúng client ID và scope đã cấp.</w:t>
      </w:r>
    </w:p>
    <w:tbl>
      <w:tblPr>
        <w:tblW w:w="9360" w:type="dxa"/>
        <w:tblInd w:w="120" w:type="dxa"/>
        <w:tblLayout w:type="fixed"/>
        <w:tblLook w:val="04A0" w:firstRow="1" w:lastRow="0" w:firstColumn="1" w:lastColumn="0" w:noHBand="0" w:noVBand="1"/>
      </w:tblPr>
      <w:tblGrid>
        <w:gridCol w:w="9360"/>
      </w:tblGrid>
      <w:tr w:rsidR="004F3A74" w14:paraId="447C6DA4" w14:textId="77777777">
        <w:tc>
          <w:tcPr>
            <w:tcW w:w="9360" w:type="dxa"/>
            <w:tcBorders>
              <w:top w:val="single" w:sz="3" w:space="0" w:color="C9D3DF"/>
              <w:left w:val="single" w:sz="18" w:space="0" w:color="2E74B5"/>
              <w:bottom w:val="single" w:sz="3" w:space="0" w:color="C9D3DF"/>
              <w:right w:val="single" w:sz="3" w:space="0" w:color="C9D3DF"/>
            </w:tcBorders>
            <w:shd w:val="clear" w:color="auto" w:fill="F4F6F9"/>
            <w:tcMar>
              <w:top w:w="110" w:type="dxa"/>
              <w:left w:w="160" w:type="dxa"/>
              <w:bottom w:w="110" w:type="dxa"/>
              <w:right w:w="160" w:type="dxa"/>
            </w:tcMar>
          </w:tcPr>
          <w:p w14:paraId="4BFD0382" w14:textId="77777777" w:rsidR="004F3A74" w:rsidRDefault="00000000">
            <w:pPr>
              <w:spacing w:after="40"/>
            </w:pPr>
            <w:r>
              <w:rPr>
                <w:rFonts w:eastAsia="Calibri"/>
                <w:b/>
                <w:color w:val="2E74B5"/>
                <w:sz w:val="17"/>
              </w:rPr>
              <w:t>TENANT TRONG REQUEST TOKEN</w:t>
            </w:r>
            <w:r>
              <w:rPr>
                <w:rFonts w:eastAsia="Calibri"/>
                <w:b/>
                <w:color w:val="2E74B5"/>
                <w:sz w:val="17"/>
              </w:rPr>
              <w:br/>
            </w:r>
            <w:r>
              <w:rPr>
                <w:rFonts w:eastAsia="Calibri"/>
                <w:sz w:val="19"/>
              </w:rPr>
              <w:t>Không gửi header hoặc field __tenant khi gọi /connect/token. Tenant chỉ được gửi ở request API nghiệp vụ.</w:t>
            </w:r>
          </w:p>
        </w:tc>
      </w:tr>
    </w:tbl>
    <w:p w14:paraId="7486F721" w14:textId="77777777" w:rsidR="004F3A74" w:rsidRDefault="004F3A74">
      <w:pPr>
        <w:spacing w:line="20" w:lineRule="exact"/>
      </w:pPr>
    </w:p>
    <w:p w14:paraId="78C3A2EC" w14:textId="77777777" w:rsidR="004F3A74" w:rsidRDefault="00000000">
      <w:pPr>
        <w:pStyle w:val="Heading2"/>
      </w:pPr>
      <w:r>
        <w:t>1.1 Cấu hình request trong Postman</w:t>
      </w:r>
    </w:p>
    <w:p w14:paraId="044E3458" w14:textId="77777777" w:rsidR="004F3A74" w:rsidRDefault="00000000">
      <w:pPr>
        <w:numPr>
          <w:ilvl w:val="0"/>
          <w:numId w:val="11"/>
        </w:numPr>
      </w:pPr>
      <w:r>
        <w:rPr>
          <w:rFonts w:eastAsia="Calibri"/>
          <w:sz w:val="21"/>
        </w:rPr>
        <w:t>Tạo request mới, chọn phương thức POST và nhập {{baseUrl}}/connect/token.</w:t>
      </w:r>
    </w:p>
    <w:p w14:paraId="473ACA24" w14:textId="77777777" w:rsidR="004F3A74" w:rsidRDefault="00000000">
      <w:pPr>
        <w:numPr>
          <w:ilvl w:val="0"/>
          <w:numId w:val="11"/>
        </w:numPr>
      </w:pPr>
      <w:r>
        <w:rPr>
          <w:rFonts w:eastAsia="Calibri"/>
          <w:sz w:val="21"/>
        </w:rPr>
        <w:t>Chọn Body &gt; x-www-form-urlencoded.</w:t>
      </w:r>
    </w:p>
    <w:p w14:paraId="3569AD6E" w14:textId="77777777" w:rsidR="004F3A74" w:rsidRDefault="00000000">
      <w:pPr>
        <w:numPr>
          <w:ilvl w:val="0"/>
          <w:numId w:val="11"/>
        </w:numPr>
      </w:pPr>
      <w:r>
        <w:rPr>
          <w:rFonts w:eastAsia="Calibri"/>
          <w:sz w:val="21"/>
        </w:rPr>
        <w:t>Nhập đủ bốn field bên dưới, sau đó nhấn Send.</w:t>
      </w:r>
    </w:p>
    <w:p w14:paraId="322F3372" w14:textId="77777777" w:rsidR="004F3A74" w:rsidRDefault="00000000">
      <w:pPr>
        <w:numPr>
          <w:ilvl w:val="0"/>
          <w:numId w:val="11"/>
        </w:numPr>
      </w:pPr>
      <w:r>
        <w:rPr>
          <w:rFonts w:eastAsia="Calibri"/>
          <w:sz w:val="21"/>
        </w:rPr>
        <w:t>Sao chép access_token từ response và lưu vào biến accessToken của Postman Environment.</w:t>
      </w:r>
    </w:p>
    <w:tbl>
      <w:tblPr>
        <w:tblW w:w="9360" w:type="dxa"/>
        <w:tblInd w:w="120" w:type="dxa"/>
        <w:tblLayout w:type="fixed"/>
        <w:tblLook w:val="04A0" w:firstRow="1" w:lastRow="0" w:firstColumn="1" w:lastColumn="0" w:noHBand="0" w:noVBand="1"/>
      </w:tblPr>
      <w:tblGrid>
        <w:gridCol w:w="2200"/>
        <w:gridCol w:w="1300"/>
        <w:gridCol w:w="5860"/>
      </w:tblGrid>
      <w:tr w:rsidR="004F3A74" w14:paraId="27C227F1" w14:textId="77777777">
        <w:trPr>
          <w:tblHeader/>
        </w:trPr>
        <w:tc>
          <w:tcPr>
            <w:tcW w:w="22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57D57820" w14:textId="77777777" w:rsidR="004F3A74" w:rsidRDefault="00000000">
            <w:pPr>
              <w:spacing w:after="0"/>
            </w:pPr>
            <w:r>
              <w:rPr>
                <w:rFonts w:eastAsia="Calibri"/>
                <w:b/>
                <w:sz w:val="18"/>
              </w:rPr>
              <w:t>Field</w:t>
            </w:r>
          </w:p>
        </w:tc>
        <w:tc>
          <w:tcPr>
            <w:tcW w:w="13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336E4A0E" w14:textId="77777777" w:rsidR="004F3A74" w:rsidRDefault="00000000">
            <w:pPr>
              <w:spacing w:after="0"/>
            </w:pPr>
            <w:r>
              <w:rPr>
                <w:rFonts w:eastAsia="Calibri"/>
                <w:b/>
                <w:sz w:val="18"/>
              </w:rPr>
              <w:t>Bắt buộc</w:t>
            </w:r>
          </w:p>
        </w:tc>
        <w:tc>
          <w:tcPr>
            <w:tcW w:w="586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291BBA2D" w14:textId="77777777" w:rsidR="004F3A74" w:rsidRDefault="00000000">
            <w:pPr>
              <w:spacing w:after="0"/>
            </w:pPr>
            <w:r>
              <w:rPr>
                <w:rFonts w:eastAsia="Calibri"/>
                <w:b/>
                <w:sz w:val="18"/>
              </w:rPr>
              <w:t>Giá trị / mô tả</w:t>
            </w:r>
          </w:p>
        </w:tc>
      </w:tr>
      <w:tr w:rsidR="004F3A74" w14:paraId="4BF8D2D1" w14:textId="77777777">
        <w:tc>
          <w:tcPr>
            <w:tcW w:w="22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5E8308FD" w14:textId="77777777" w:rsidR="004F3A74" w:rsidRDefault="00000000">
            <w:pPr>
              <w:spacing w:after="0"/>
            </w:pPr>
            <w:r>
              <w:rPr>
                <w:rFonts w:eastAsia="Calibri"/>
                <w:sz w:val="18"/>
              </w:rPr>
              <w:t>grant_type</w:t>
            </w:r>
          </w:p>
        </w:tc>
        <w:tc>
          <w:tcPr>
            <w:tcW w:w="13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3FCB3D7" w14:textId="77777777" w:rsidR="004F3A74" w:rsidRDefault="00000000">
            <w:pPr>
              <w:spacing w:after="0"/>
            </w:pPr>
            <w:r>
              <w:rPr>
                <w:rFonts w:eastAsia="Calibri"/>
                <w:sz w:val="18"/>
              </w:rPr>
              <w:t>Có</w:t>
            </w:r>
          </w:p>
        </w:tc>
        <w:tc>
          <w:tcPr>
            <w:tcW w:w="58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08C2874" w14:textId="77777777" w:rsidR="004F3A74" w:rsidRDefault="00000000">
            <w:pPr>
              <w:spacing w:after="0"/>
            </w:pPr>
            <w:r>
              <w:rPr>
                <w:rFonts w:eastAsia="Calibri"/>
                <w:sz w:val="18"/>
              </w:rPr>
              <w:t>client_credentials</w:t>
            </w:r>
          </w:p>
        </w:tc>
      </w:tr>
      <w:tr w:rsidR="004F3A74" w14:paraId="65D92EE1" w14:textId="77777777">
        <w:tc>
          <w:tcPr>
            <w:tcW w:w="22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3BC6C53" w14:textId="77777777" w:rsidR="004F3A74" w:rsidRDefault="00000000">
            <w:pPr>
              <w:spacing w:after="0"/>
            </w:pPr>
            <w:r>
              <w:rPr>
                <w:rFonts w:eastAsia="Calibri"/>
                <w:sz w:val="18"/>
              </w:rPr>
              <w:t>client_id</w:t>
            </w:r>
          </w:p>
        </w:tc>
        <w:tc>
          <w:tcPr>
            <w:tcW w:w="13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E94822C" w14:textId="77777777" w:rsidR="004F3A74" w:rsidRDefault="00000000">
            <w:pPr>
              <w:spacing w:after="0"/>
            </w:pPr>
            <w:r>
              <w:rPr>
                <w:rFonts w:eastAsia="Calibri"/>
                <w:sz w:val="18"/>
              </w:rPr>
              <w:t>Có</w:t>
            </w:r>
          </w:p>
        </w:tc>
        <w:tc>
          <w:tcPr>
            <w:tcW w:w="58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252998A" w14:textId="77777777" w:rsidR="004F3A74" w:rsidRDefault="00000000">
            <w:pPr>
              <w:spacing w:after="0"/>
            </w:pPr>
            <w:r>
              <w:rPr>
                <w:rFonts w:eastAsia="Calibri"/>
                <w:sz w:val="18"/>
              </w:rPr>
              <w:t>DigitalHealthSolutions_HospitalIntegration</w:t>
            </w:r>
          </w:p>
        </w:tc>
      </w:tr>
      <w:tr w:rsidR="0096544C" w14:paraId="4B9ED694" w14:textId="77777777">
        <w:tc>
          <w:tcPr>
            <w:tcW w:w="22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57E84F5E" w14:textId="77777777" w:rsidR="0096544C" w:rsidRDefault="0096544C" w:rsidP="0096544C">
            <w:pPr>
              <w:spacing w:after="0"/>
            </w:pPr>
            <w:proofErr w:type="spellStart"/>
            <w:r>
              <w:rPr>
                <w:rFonts w:eastAsia="Calibri"/>
                <w:sz w:val="18"/>
              </w:rPr>
              <w:t>client_secret</w:t>
            </w:r>
            <w:proofErr w:type="spellEnd"/>
          </w:p>
        </w:tc>
        <w:tc>
          <w:tcPr>
            <w:tcW w:w="13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639BCFE" w14:textId="77777777" w:rsidR="0096544C" w:rsidRDefault="0096544C" w:rsidP="0096544C">
            <w:pPr>
              <w:spacing w:after="0"/>
            </w:pPr>
            <w:r>
              <w:rPr>
                <w:rFonts w:eastAsia="Calibri"/>
                <w:sz w:val="18"/>
              </w:rPr>
              <w:t>Có</w:t>
            </w:r>
          </w:p>
        </w:tc>
        <w:tc>
          <w:tcPr>
            <w:tcW w:w="58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01408B4" w14:textId="027102FB" w:rsidR="0096544C" w:rsidRDefault="0096544C" w:rsidP="0096544C">
            <w:pPr>
              <w:spacing w:after="0"/>
            </w:pPr>
            <w:proofErr w:type="spellStart"/>
            <w:r w:rsidRPr="00541E9A">
              <w:rPr>
                <w:rFonts w:eastAsia="Calibri"/>
                <w:sz w:val="19"/>
              </w:rPr>
              <w:t>XPWFParRQldtZopqdDFLPYblIzauxuWT</w:t>
            </w:r>
            <w:proofErr w:type="spellEnd"/>
          </w:p>
        </w:tc>
      </w:tr>
      <w:tr w:rsidR="004F3A74" w14:paraId="3A72F8A0" w14:textId="77777777">
        <w:tc>
          <w:tcPr>
            <w:tcW w:w="22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79AC8E7" w14:textId="77777777" w:rsidR="004F3A74" w:rsidRDefault="00000000">
            <w:pPr>
              <w:spacing w:after="0"/>
            </w:pPr>
            <w:r>
              <w:rPr>
                <w:rFonts w:eastAsia="Calibri"/>
                <w:sz w:val="18"/>
              </w:rPr>
              <w:t>scope</w:t>
            </w:r>
          </w:p>
        </w:tc>
        <w:tc>
          <w:tcPr>
            <w:tcW w:w="13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81A1749" w14:textId="77777777" w:rsidR="004F3A74" w:rsidRDefault="00000000">
            <w:pPr>
              <w:spacing w:after="0"/>
            </w:pPr>
            <w:r>
              <w:rPr>
                <w:rFonts w:eastAsia="Calibri"/>
                <w:sz w:val="18"/>
              </w:rPr>
              <w:t>Có</w:t>
            </w:r>
          </w:p>
        </w:tc>
        <w:tc>
          <w:tcPr>
            <w:tcW w:w="58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BFC55C4" w14:textId="77777777" w:rsidR="004F3A74" w:rsidRDefault="00000000">
            <w:pPr>
              <w:spacing w:after="0"/>
            </w:pPr>
            <w:r>
              <w:rPr>
                <w:rFonts w:eastAsia="Calibri"/>
                <w:sz w:val="18"/>
              </w:rPr>
              <w:t>HospitalIntegration</w:t>
            </w:r>
          </w:p>
        </w:tc>
      </w:tr>
    </w:tbl>
    <w:p w14:paraId="67B8E358" w14:textId="77777777" w:rsidR="004F3A74" w:rsidRDefault="004F3A74">
      <w:pPr>
        <w:spacing w:line="20" w:lineRule="exact"/>
      </w:pPr>
    </w:p>
    <w:tbl>
      <w:tblPr>
        <w:tblW w:w="9360" w:type="dxa"/>
        <w:tblInd w:w="120" w:type="dxa"/>
        <w:tblLayout w:type="fixed"/>
        <w:tblLook w:val="04A0" w:firstRow="1" w:lastRow="0" w:firstColumn="1" w:lastColumn="0" w:noHBand="0" w:noVBand="1"/>
      </w:tblPr>
      <w:tblGrid>
        <w:gridCol w:w="9360"/>
      </w:tblGrid>
      <w:tr w:rsidR="004F3A74" w14:paraId="22E29B62" w14:textId="77777777">
        <w:tc>
          <w:tcPr>
            <w:tcW w:w="9360" w:type="dxa"/>
            <w:tcBorders>
              <w:top w:val="single" w:sz="5" w:space="0" w:color="163A5F"/>
              <w:left w:val="single" w:sz="5" w:space="0" w:color="163A5F"/>
              <w:bottom w:val="single" w:sz="5" w:space="0" w:color="163A5F"/>
              <w:right w:val="single" w:sz="5" w:space="0" w:color="163A5F"/>
            </w:tcBorders>
            <w:shd w:val="clear" w:color="auto" w:fill="163A5F"/>
            <w:tcMar>
              <w:top w:w="55" w:type="dxa"/>
              <w:left w:w="140" w:type="dxa"/>
              <w:bottom w:w="55" w:type="dxa"/>
              <w:right w:w="140" w:type="dxa"/>
            </w:tcMar>
          </w:tcPr>
          <w:p w14:paraId="3AF6A347" w14:textId="77777777" w:rsidR="004F3A74" w:rsidRDefault="00000000">
            <w:pPr>
              <w:spacing w:after="0"/>
            </w:pPr>
            <w:r>
              <w:rPr>
                <w:rFonts w:eastAsia="Calibri"/>
                <w:b/>
                <w:color w:val="FFFFFF"/>
                <w:sz w:val="16"/>
              </w:rPr>
              <w:t>REQUEST  ·  FORM URLENCODED</w:t>
            </w:r>
          </w:p>
        </w:tc>
      </w:tr>
      <w:tr w:rsidR="004F3A74" w14:paraId="5D5C94EA" w14:textId="77777777">
        <w:tc>
          <w:tcPr>
            <w:tcW w:w="9360" w:type="dxa"/>
            <w:tcBorders>
              <w:top w:val="single" w:sz="5" w:space="0" w:color="163A5F"/>
              <w:left w:val="single" w:sz="5" w:space="0" w:color="163A5F"/>
              <w:bottom w:val="single" w:sz="5" w:space="0" w:color="163A5F"/>
              <w:right w:val="single" w:sz="5" w:space="0" w:color="163A5F"/>
            </w:tcBorders>
            <w:shd w:val="clear" w:color="auto" w:fill="F7F9FC"/>
            <w:tcMar>
              <w:top w:w="120" w:type="dxa"/>
              <w:left w:w="150" w:type="dxa"/>
              <w:bottom w:w="120" w:type="dxa"/>
              <w:right w:w="150" w:type="dxa"/>
            </w:tcMar>
          </w:tcPr>
          <w:p w14:paraId="6A6FC81B" w14:textId="77777777" w:rsidR="004F3A74" w:rsidRDefault="00000000">
            <w:pPr>
              <w:spacing w:after="0" w:line="240" w:lineRule="auto"/>
            </w:pPr>
            <w:r>
              <w:rPr>
                <w:rFonts w:ascii="Consolas" w:eastAsia="Consolas" w:hAnsi="Consolas"/>
                <w:sz w:val="17"/>
              </w:rPr>
              <w:t>POST {{baseUrl}}/connect/token</w:t>
            </w:r>
            <w:r>
              <w:rPr>
                <w:rFonts w:ascii="Consolas" w:eastAsia="Consolas" w:hAnsi="Consolas"/>
                <w:sz w:val="17"/>
              </w:rPr>
              <w:br/>
              <w:t>Content-Type: application/x-www-form-urlencoded</w:t>
            </w:r>
            <w:r>
              <w:rPr>
                <w:rFonts w:ascii="Consolas" w:eastAsia="Consolas" w:hAnsi="Consolas"/>
                <w:sz w:val="17"/>
              </w:rPr>
              <w:br/>
            </w:r>
            <w:r>
              <w:rPr>
                <w:rFonts w:ascii="Consolas" w:eastAsia="Consolas" w:hAnsi="Consolas"/>
                <w:sz w:val="17"/>
              </w:rPr>
              <w:br/>
              <w:t>grant_type=client_credentials</w:t>
            </w:r>
            <w:r>
              <w:rPr>
                <w:rFonts w:ascii="Consolas" w:eastAsia="Consolas" w:hAnsi="Consolas"/>
                <w:sz w:val="17"/>
              </w:rPr>
              <w:br/>
              <w:t>client_id=DigitalHealthSolutions_HospitalIntegration</w:t>
            </w:r>
            <w:r>
              <w:rPr>
                <w:rFonts w:ascii="Consolas" w:eastAsia="Consolas" w:hAnsi="Consolas"/>
                <w:sz w:val="17"/>
              </w:rPr>
              <w:br/>
              <w:t>client_secret=&lt;hospital-client-secret&gt;</w:t>
            </w:r>
            <w:r>
              <w:rPr>
                <w:rFonts w:ascii="Consolas" w:eastAsia="Consolas" w:hAnsi="Consolas"/>
                <w:sz w:val="17"/>
              </w:rPr>
              <w:br/>
              <w:t>scope=HospitalIntegration</w:t>
            </w:r>
          </w:p>
        </w:tc>
      </w:tr>
    </w:tbl>
    <w:p w14:paraId="43C9BE6F" w14:textId="77777777" w:rsidR="004F3A74" w:rsidRDefault="004F3A74">
      <w:pPr>
        <w:spacing w:line="20" w:lineRule="exact"/>
      </w:pPr>
    </w:p>
    <w:tbl>
      <w:tblPr>
        <w:tblW w:w="9360" w:type="dxa"/>
        <w:tblInd w:w="120" w:type="dxa"/>
        <w:tblLayout w:type="fixed"/>
        <w:tblLook w:val="04A0" w:firstRow="1" w:lastRow="0" w:firstColumn="1" w:lastColumn="0" w:noHBand="0" w:noVBand="1"/>
      </w:tblPr>
      <w:tblGrid>
        <w:gridCol w:w="9360"/>
      </w:tblGrid>
      <w:tr w:rsidR="004F3A74" w14:paraId="3F621383" w14:textId="77777777">
        <w:tc>
          <w:tcPr>
            <w:tcW w:w="9360" w:type="dxa"/>
            <w:tcBorders>
              <w:top w:val="single" w:sz="5" w:space="0" w:color="163A5F"/>
              <w:left w:val="single" w:sz="5" w:space="0" w:color="163A5F"/>
              <w:bottom w:val="single" w:sz="5" w:space="0" w:color="163A5F"/>
              <w:right w:val="single" w:sz="5" w:space="0" w:color="163A5F"/>
            </w:tcBorders>
            <w:shd w:val="clear" w:color="auto" w:fill="163A5F"/>
            <w:tcMar>
              <w:top w:w="55" w:type="dxa"/>
              <w:left w:w="140" w:type="dxa"/>
              <w:bottom w:w="55" w:type="dxa"/>
              <w:right w:w="140" w:type="dxa"/>
            </w:tcMar>
          </w:tcPr>
          <w:p w14:paraId="2D9B719B" w14:textId="77777777" w:rsidR="004F3A74" w:rsidRDefault="00000000">
            <w:pPr>
              <w:spacing w:after="0"/>
            </w:pPr>
            <w:r>
              <w:rPr>
                <w:rFonts w:eastAsia="Calibri"/>
                <w:b/>
                <w:color w:val="FFFFFF"/>
                <w:sz w:val="16"/>
              </w:rPr>
              <w:t>RESPONSE 200  ·  JSON</w:t>
            </w:r>
          </w:p>
        </w:tc>
      </w:tr>
      <w:tr w:rsidR="004F3A74" w14:paraId="1FA4599D" w14:textId="77777777">
        <w:tc>
          <w:tcPr>
            <w:tcW w:w="9360" w:type="dxa"/>
            <w:tcBorders>
              <w:top w:val="single" w:sz="5" w:space="0" w:color="163A5F"/>
              <w:left w:val="single" w:sz="5" w:space="0" w:color="163A5F"/>
              <w:bottom w:val="single" w:sz="5" w:space="0" w:color="163A5F"/>
              <w:right w:val="single" w:sz="5" w:space="0" w:color="163A5F"/>
            </w:tcBorders>
            <w:shd w:val="clear" w:color="auto" w:fill="F7F9FC"/>
            <w:tcMar>
              <w:top w:w="120" w:type="dxa"/>
              <w:left w:w="150" w:type="dxa"/>
              <w:bottom w:w="120" w:type="dxa"/>
              <w:right w:w="150" w:type="dxa"/>
            </w:tcMar>
          </w:tcPr>
          <w:p w14:paraId="30935804" w14:textId="77777777" w:rsidR="004F3A74" w:rsidRDefault="00000000">
            <w:pPr>
              <w:spacing w:after="0" w:line="240" w:lineRule="auto"/>
            </w:pPr>
            <w:r>
              <w:rPr>
                <w:rFonts w:ascii="Consolas" w:eastAsia="Consolas" w:hAnsi="Consolas"/>
                <w:sz w:val="17"/>
              </w:rPr>
              <w:t>{</w:t>
            </w:r>
            <w:r>
              <w:rPr>
                <w:rFonts w:ascii="Consolas" w:eastAsia="Consolas" w:hAnsi="Consolas"/>
                <w:sz w:val="17"/>
              </w:rPr>
              <w:br/>
              <w:t xml:space="preserve">  "access_token": "&lt;access-token&gt;",</w:t>
            </w:r>
            <w:r>
              <w:rPr>
                <w:rFonts w:ascii="Consolas" w:eastAsia="Consolas" w:hAnsi="Consolas"/>
                <w:sz w:val="17"/>
              </w:rPr>
              <w:br/>
              <w:t xml:space="preserve">  "token_type": "Bearer",</w:t>
            </w:r>
            <w:r>
              <w:rPr>
                <w:rFonts w:ascii="Consolas" w:eastAsia="Consolas" w:hAnsi="Consolas"/>
                <w:sz w:val="17"/>
              </w:rPr>
              <w:br/>
              <w:t xml:space="preserve">  "expires_in": 86400,</w:t>
            </w:r>
            <w:r>
              <w:rPr>
                <w:rFonts w:ascii="Consolas" w:eastAsia="Consolas" w:hAnsi="Consolas"/>
                <w:sz w:val="17"/>
              </w:rPr>
              <w:br/>
              <w:t xml:space="preserve">  "scope": "HospitalIntegration"</w:t>
            </w:r>
            <w:r>
              <w:rPr>
                <w:rFonts w:ascii="Consolas" w:eastAsia="Consolas" w:hAnsi="Consolas"/>
                <w:sz w:val="17"/>
              </w:rPr>
              <w:br/>
              <w:t>}</w:t>
            </w:r>
          </w:p>
        </w:tc>
      </w:tr>
    </w:tbl>
    <w:p w14:paraId="7F0E8C6F" w14:textId="77777777" w:rsidR="004F3A74" w:rsidRDefault="004F3A74">
      <w:pPr>
        <w:spacing w:line="20" w:lineRule="exact"/>
      </w:pPr>
    </w:p>
    <w:tbl>
      <w:tblPr>
        <w:tblW w:w="9360" w:type="dxa"/>
        <w:tblInd w:w="120" w:type="dxa"/>
        <w:tblLayout w:type="fixed"/>
        <w:tblLook w:val="04A0" w:firstRow="1" w:lastRow="0" w:firstColumn="1" w:lastColumn="0" w:noHBand="0" w:noVBand="1"/>
      </w:tblPr>
      <w:tblGrid>
        <w:gridCol w:w="9360"/>
      </w:tblGrid>
      <w:tr w:rsidR="004F3A74" w14:paraId="50ACFC49" w14:textId="77777777">
        <w:tc>
          <w:tcPr>
            <w:tcW w:w="9360" w:type="dxa"/>
            <w:tcBorders>
              <w:top w:val="single" w:sz="3" w:space="0" w:color="C9D3DF"/>
              <w:left w:val="single" w:sz="18" w:space="0" w:color="1F6B49"/>
              <w:bottom w:val="single" w:sz="3" w:space="0" w:color="C9D3DF"/>
              <w:right w:val="single" w:sz="3" w:space="0" w:color="C9D3DF"/>
            </w:tcBorders>
            <w:shd w:val="clear" w:color="auto" w:fill="F4F6F9"/>
            <w:tcMar>
              <w:top w:w="110" w:type="dxa"/>
              <w:left w:w="160" w:type="dxa"/>
              <w:bottom w:w="110" w:type="dxa"/>
              <w:right w:w="160" w:type="dxa"/>
            </w:tcMar>
          </w:tcPr>
          <w:p w14:paraId="6C2E8B90" w14:textId="77777777" w:rsidR="004F3A74" w:rsidRDefault="00000000">
            <w:pPr>
              <w:spacing w:after="40"/>
            </w:pPr>
            <w:r>
              <w:rPr>
                <w:rFonts w:eastAsia="Calibri"/>
                <w:b/>
                <w:color w:val="1F6B49"/>
                <w:sz w:val="17"/>
              </w:rPr>
              <w:t>SỬ DỤNG TOKEN</w:t>
            </w:r>
            <w:r>
              <w:rPr>
                <w:rFonts w:eastAsia="Calibri"/>
                <w:b/>
                <w:color w:val="1F6B49"/>
                <w:sz w:val="17"/>
              </w:rPr>
              <w:br/>
            </w:r>
            <w:r>
              <w:rPr>
                <w:rFonts w:eastAsia="Calibri"/>
                <w:sz w:val="19"/>
              </w:rPr>
              <w:t>Ở request nghiệp vụ, chọn Authorization &gt; Bearer Token và nhập {{accessToken}}. Không gửi client_secret trong request nghiệp vụ và không sử dụng token của client tích hợp khác.</w:t>
            </w:r>
          </w:p>
        </w:tc>
      </w:tr>
    </w:tbl>
    <w:p w14:paraId="175768CB" w14:textId="77777777" w:rsidR="004F3A74" w:rsidRDefault="004F3A74">
      <w:pPr>
        <w:spacing w:line="20" w:lineRule="exact"/>
      </w:pPr>
    </w:p>
    <w:p w14:paraId="0F5BF948" w14:textId="77777777" w:rsidR="004F3A74" w:rsidRDefault="00000000">
      <w:r>
        <w:br w:type="page"/>
      </w:r>
    </w:p>
    <w:p w14:paraId="56770836" w14:textId="77777777" w:rsidR="004F3A74" w:rsidRDefault="00000000">
      <w:pPr>
        <w:pStyle w:val="Heading1"/>
      </w:pPr>
      <w:r>
        <w:lastRenderedPageBreak/>
        <w:t>2. API lấy danh sách bác sĩ có lịch</w:t>
      </w:r>
    </w:p>
    <w:tbl>
      <w:tblPr>
        <w:tblW w:w="9360" w:type="dxa"/>
        <w:tblInd w:w="120" w:type="dxa"/>
        <w:tblLayout w:type="fixed"/>
        <w:tblLook w:val="04A0" w:firstRow="1" w:lastRow="0" w:firstColumn="1" w:lastColumn="0" w:noHBand="0" w:noVBand="1"/>
      </w:tblPr>
      <w:tblGrid>
        <w:gridCol w:w="1200"/>
        <w:gridCol w:w="8160"/>
      </w:tblGrid>
      <w:tr w:rsidR="004F3A74" w14:paraId="3D6EC329" w14:textId="77777777">
        <w:tc>
          <w:tcPr>
            <w:tcW w:w="1200" w:type="dxa"/>
            <w:tcBorders>
              <w:top w:val="single" w:sz="4" w:space="0" w:color="C9D3DF"/>
              <w:left w:val="single" w:sz="4" w:space="0" w:color="C9D3DF"/>
              <w:bottom w:val="single" w:sz="4" w:space="0" w:color="C9D3DF"/>
              <w:right w:val="single" w:sz="4" w:space="0" w:color="C9D3DF"/>
            </w:tcBorders>
            <w:shd w:val="clear" w:color="auto" w:fill="1F6B49"/>
            <w:tcMar>
              <w:top w:w="110" w:type="dxa"/>
              <w:left w:w="150" w:type="dxa"/>
              <w:bottom w:w="110" w:type="dxa"/>
              <w:right w:w="150" w:type="dxa"/>
            </w:tcMar>
          </w:tcPr>
          <w:p w14:paraId="2F82DD47" w14:textId="77777777" w:rsidR="004F3A74" w:rsidRDefault="00000000">
            <w:pPr>
              <w:spacing w:after="0"/>
              <w:jc w:val="center"/>
            </w:pPr>
            <w:r>
              <w:rPr>
                <w:rFonts w:eastAsia="Calibri"/>
                <w:b/>
                <w:color w:val="FFFFFF"/>
                <w:sz w:val="19"/>
              </w:rPr>
              <w:t>GET</w:t>
            </w:r>
          </w:p>
        </w:tc>
        <w:tc>
          <w:tcPr>
            <w:tcW w:w="8160" w:type="dxa"/>
            <w:tcBorders>
              <w:top w:val="single" w:sz="4" w:space="0" w:color="C9D3DF"/>
              <w:left w:val="single" w:sz="4" w:space="0" w:color="C9D3DF"/>
              <w:bottom w:val="single" w:sz="4" w:space="0" w:color="C9D3DF"/>
              <w:right w:val="single" w:sz="4" w:space="0" w:color="C9D3DF"/>
            </w:tcBorders>
            <w:shd w:val="clear" w:color="auto" w:fill="E8EEF5"/>
            <w:tcMar>
              <w:top w:w="110" w:type="dxa"/>
              <w:left w:w="150" w:type="dxa"/>
              <w:bottom w:w="110" w:type="dxa"/>
              <w:right w:w="150" w:type="dxa"/>
            </w:tcMar>
          </w:tcPr>
          <w:p w14:paraId="4A6FC894" w14:textId="77777777" w:rsidR="004F3A74" w:rsidRDefault="00000000">
            <w:pPr>
              <w:spacing w:after="0"/>
            </w:pPr>
            <w:r>
              <w:rPr>
                <w:rFonts w:ascii="Consolas" w:eastAsia="Consolas" w:hAnsi="Consolas"/>
                <w:b/>
                <w:sz w:val="19"/>
              </w:rPr>
              <w:t>/api/app/his/doctors/work-schedules</w:t>
            </w:r>
          </w:p>
        </w:tc>
      </w:tr>
    </w:tbl>
    <w:p w14:paraId="5D41DD3A" w14:textId="77777777" w:rsidR="004F3A74" w:rsidRDefault="00000000">
      <w:pPr>
        <w:spacing w:after="140"/>
      </w:pPr>
      <w:r>
        <w:t>Trả danh sách bác sĩ còn lịch khả dụng trong khoảng ngày được yêu cầu.</w:t>
      </w:r>
    </w:p>
    <w:p w14:paraId="42D0D209" w14:textId="77777777" w:rsidR="004F3A74" w:rsidRDefault="00000000">
      <w:pPr>
        <w:pStyle w:val="Heading2"/>
      </w:pPr>
      <w:r>
        <w:t>2.1 Header và query parameter</w:t>
      </w:r>
    </w:p>
    <w:tbl>
      <w:tblPr>
        <w:tblW w:w="9360" w:type="dxa"/>
        <w:tblInd w:w="120" w:type="dxa"/>
        <w:tblLayout w:type="fixed"/>
        <w:tblLook w:val="04A0" w:firstRow="1" w:lastRow="0" w:firstColumn="1" w:lastColumn="0" w:noHBand="0" w:noVBand="1"/>
      </w:tblPr>
      <w:tblGrid>
        <w:gridCol w:w="2100"/>
        <w:gridCol w:w="1400"/>
        <w:gridCol w:w="1250"/>
        <w:gridCol w:w="4610"/>
      </w:tblGrid>
      <w:tr w:rsidR="004F3A74" w14:paraId="33B0B70D" w14:textId="77777777">
        <w:trPr>
          <w:tblHeader/>
        </w:trPr>
        <w:tc>
          <w:tcPr>
            <w:tcW w:w="21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6016868C" w14:textId="77777777" w:rsidR="004F3A74" w:rsidRDefault="00000000">
            <w:pPr>
              <w:spacing w:after="0"/>
            </w:pPr>
            <w:r>
              <w:rPr>
                <w:rFonts w:eastAsia="Calibri"/>
                <w:b/>
                <w:sz w:val="17"/>
              </w:rPr>
              <w:t>Tên</w:t>
            </w:r>
          </w:p>
        </w:tc>
        <w:tc>
          <w:tcPr>
            <w:tcW w:w="14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5B349C8C" w14:textId="77777777" w:rsidR="004F3A74" w:rsidRDefault="00000000">
            <w:pPr>
              <w:spacing w:after="0"/>
            </w:pPr>
            <w:r>
              <w:rPr>
                <w:rFonts w:eastAsia="Calibri"/>
                <w:b/>
                <w:sz w:val="17"/>
              </w:rPr>
              <w:t>Vị trí</w:t>
            </w:r>
          </w:p>
        </w:tc>
        <w:tc>
          <w:tcPr>
            <w:tcW w:w="125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0C669216" w14:textId="77777777" w:rsidR="004F3A74" w:rsidRDefault="00000000">
            <w:pPr>
              <w:spacing w:after="0"/>
            </w:pPr>
            <w:r>
              <w:rPr>
                <w:rFonts w:eastAsia="Calibri"/>
                <w:b/>
                <w:sz w:val="17"/>
              </w:rPr>
              <w:t>Bắt buộc</w:t>
            </w:r>
          </w:p>
        </w:tc>
        <w:tc>
          <w:tcPr>
            <w:tcW w:w="461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55FF06B2" w14:textId="77777777" w:rsidR="004F3A74" w:rsidRDefault="00000000">
            <w:pPr>
              <w:spacing w:after="0"/>
            </w:pPr>
            <w:r>
              <w:rPr>
                <w:rFonts w:eastAsia="Calibri"/>
                <w:b/>
                <w:sz w:val="17"/>
              </w:rPr>
              <w:t>Định dạng / mô tả</w:t>
            </w:r>
          </w:p>
        </w:tc>
      </w:tr>
      <w:tr w:rsidR="004F3A74" w14:paraId="0AC4AF41" w14:textId="77777777">
        <w:tc>
          <w:tcPr>
            <w:tcW w:w="21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D6B4624" w14:textId="77777777" w:rsidR="004F3A74" w:rsidRDefault="00000000">
            <w:pPr>
              <w:spacing w:after="0"/>
            </w:pPr>
            <w:r>
              <w:rPr>
                <w:rFonts w:eastAsia="Calibri"/>
                <w:sz w:val="17"/>
              </w:rPr>
              <w:t>Authorization</w:t>
            </w:r>
          </w:p>
        </w:tc>
        <w:tc>
          <w:tcPr>
            <w:tcW w:w="1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76E9371" w14:textId="77777777" w:rsidR="004F3A74" w:rsidRDefault="00000000">
            <w:pPr>
              <w:spacing w:after="0"/>
            </w:pPr>
            <w:r>
              <w:rPr>
                <w:rFonts w:eastAsia="Calibri"/>
                <w:sz w:val="17"/>
              </w:rPr>
              <w:t>Header</w:t>
            </w:r>
          </w:p>
        </w:tc>
        <w:tc>
          <w:tcPr>
            <w:tcW w:w="12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81B3104" w14:textId="77777777" w:rsidR="004F3A74" w:rsidRDefault="00000000">
            <w:pPr>
              <w:spacing w:after="0"/>
            </w:pPr>
            <w:r>
              <w:rPr>
                <w:rFonts w:eastAsia="Calibri"/>
                <w:sz w:val="17"/>
              </w:rPr>
              <w:t>Có</w:t>
            </w:r>
          </w:p>
        </w:tc>
        <w:tc>
          <w:tcPr>
            <w:tcW w:w="46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6342D90" w14:textId="77777777" w:rsidR="004F3A74" w:rsidRDefault="00000000">
            <w:pPr>
              <w:spacing w:after="0"/>
            </w:pPr>
            <w:r>
              <w:rPr>
                <w:rFonts w:eastAsia="Calibri"/>
                <w:sz w:val="17"/>
              </w:rPr>
              <w:t>Bearer {{accessToken}}</w:t>
            </w:r>
          </w:p>
        </w:tc>
      </w:tr>
      <w:tr w:rsidR="004F3A74" w14:paraId="63DDA475" w14:textId="77777777">
        <w:tc>
          <w:tcPr>
            <w:tcW w:w="21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683FE18" w14:textId="77777777" w:rsidR="004F3A74" w:rsidRDefault="00000000">
            <w:pPr>
              <w:spacing w:after="0"/>
            </w:pPr>
            <w:r>
              <w:rPr>
                <w:rFonts w:eastAsia="Calibri"/>
                <w:sz w:val="17"/>
              </w:rPr>
              <w:t>__tenant</w:t>
            </w:r>
          </w:p>
        </w:tc>
        <w:tc>
          <w:tcPr>
            <w:tcW w:w="1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0B7C261" w14:textId="77777777" w:rsidR="004F3A74" w:rsidRDefault="00000000">
            <w:pPr>
              <w:spacing w:after="0"/>
            </w:pPr>
            <w:r>
              <w:rPr>
                <w:rFonts w:eastAsia="Calibri"/>
                <w:sz w:val="17"/>
              </w:rPr>
              <w:t>Header</w:t>
            </w:r>
          </w:p>
        </w:tc>
        <w:tc>
          <w:tcPr>
            <w:tcW w:w="12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4A8A6AE" w14:textId="77777777" w:rsidR="004F3A74" w:rsidRDefault="00000000">
            <w:pPr>
              <w:spacing w:after="0"/>
            </w:pPr>
            <w:r>
              <w:rPr>
                <w:rFonts w:eastAsia="Calibri"/>
                <w:sz w:val="17"/>
              </w:rPr>
              <w:t>Có</w:t>
            </w:r>
          </w:p>
        </w:tc>
        <w:tc>
          <w:tcPr>
            <w:tcW w:w="46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50F37D4" w14:textId="77777777" w:rsidR="004F3A74" w:rsidRDefault="00000000">
            <w:pPr>
              <w:spacing w:after="0"/>
            </w:pPr>
            <w:r>
              <w:rPr>
                <w:rFonts w:eastAsia="Calibri"/>
                <w:sz w:val="17"/>
              </w:rPr>
              <w:t>{{tenantId}} - tenant bệnh viện cần truy vấn</w:t>
            </w:r>
          </w:p>
        </w:tc>
      </w:tr>
      <w:tr w:rsidR="004F3A74" w14:paraId="4AD17711" w14:textId="77777777">
        <w:tc>
          <w:tcPr>
            <w:tcW w:w="21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48FAF60B" w14:textId="77777777" w:rsidR="004F3A74" w:rsidRDefault="00000000">
            <w:pPr>
              <w:spacing w:after="0"/>
            </w:pPr>
            <w:r>
              <w:rPr>
                <w:rFonts w:eastAsia="Calibri"/>
                <w:sz w:val="17"/>
              </w:rPr>
              <w:t>fromDate</w:t>
            </w:r>
          </w:p>
        </w:tc>
        <w:tc>
          <w:tcPr>
            <w:tcW w:w="1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5EBDE028" w14:textId="77777777" w:rsidR="004F3A74" w:rsidRDefault="00000000">
            <w:pPr>
              <w:spacing w:after="0"/>
            </w:pPr>
            <w:r>
              <w:rPr>
                <w:rFonts w:eastAsia="Calibri"/>
                <w:sz w:val="17"/>
              </w:rPr>
              <w:t>Query</w:t>
            </w:r>
          </w:p>
        </w:tc>
        <w:tc>
          <w:tcPr>
            <w:tcW w:w="12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54D4868" w14:textId="77777777" w:rsidR="004F3A74" w:rsidRDefault="00000000">
            <w:pPr>
              <w:spacing w:after="0"/>
            </w:pPr>
            <w:r>
              <w:rPr>
                <w:rFonts w:eastAsia="Calibri"/>
                <w:sz w:val="17"/>
              </w:rPr>
              <w:t>Không</w:t>
            </w:r>
          </w:p>
        </w:tc>
        <w:tc>
          <w:tcPr>
            <w:tcW w:w="46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0DF8A81" w14:textId="77777777" w:rsidR="004F3A74" w:rsidRDefault="00000000">
            <w:pPr>
              <w:spacing w:after="0"/>
            </w:pPr>
            <w:r>
              <w:rPr>
                <w:rFonts w:eastAsia="Calibri"/>
                <w:sz w:val="17"/>
              </w:rPr>
              <w:t>yyyy-MM-dd; mặc định là ngày hiện tại</w:t>
            </w:r>
          </w:p>
        </w:tc>
      </w:tr>
      <w:tr w:rsidR="004F3A74" w14:paraId="39E6831D" w14:textId="77777777">
        <w:tc>
          <w:tcPr>
            <w:tcW w:w="21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0D198EC" w14:textId="77777777" w:rsidR="004F3A74" w:rsidRDefault="00000000">
            <w:pPr>
              <w:spacing w:after="0"/>
            </w:pPr>
            <w:r>
              <w:rPr>
                <w:rFonts w:eastAsia="Calibri"/>
                <w:sz w:val="17"/>
              </w:rPr>
              <w:t>toDate</w:t>
            </w:r>
          </w:p>
        </w:tc>
        <w:tc>
          <w:tcPr>
            <w:tcW w:w="1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3E47617" w14:textId="77777777" w:rsidR="004F3A74" w:rsidRDefault="00000000">
            <w:pPr>
              <w:spacing w:after="0"/>
            </w:pPr>
            <w:r>
              <w:rPr>
                <w:rFonts w:eastAsia="Calibri"/>
                <w:sz w:val="17"/>
              </w:rPr>
              <w:t>Query</w:t>
            </w:r>
          </w:p>
        </w:tc>
        <w:tc>
          <w:tcPr>
            <w:tcW w:w="12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4E9340D3" w14:textId="77777777" w:rsidR="004F3A74" w:rsidRDefault="00000000">
            <w:pPr>
              <w:spacing w:after="0"/>
            </w:pPr>
            <w:r>
              <w:rPr>
                <w:rFonts w:eastAsia="Calibri"/>
                <w:sz w:val="17"/>
              </w:rPr>
              <w:t>Không</w:t>
            </w:r>
          </w:p>
        </w:tc>
        <w:tc>
          <w:tcPr>
            <w:tcW w:w="46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22AAAC9" w14:textId="77777777" w:rsidR="004F3A74" w:rsidRDefault="00000000">
            <w:pPr>
              <w:spacing w:after="0"/>
            </w:pPr>
            <w:r>
              <w:rPr>
                <w:rFonts w:eastAsia="Calibri"/>
                <w:sz w:val="17"/>
              </w:rPr>
              <w:t>yyyy-MM-dd; mặc định tối đa 14 ngày từ ngày hiện tại</w:t>
            </w:r>
          </w:p>
        </w:tc>
      </w:tr>
    </w:tbl>
    <w:p w14:paraId="5B40BBD0" w14:textId="77777777" w:rsidR="004F3A74" w:rsidRDefault="004F3A74">
      <w:pPr>
        <w:spacing w:line="20" w:lineRule="exact"/>
      </w:pPr>
    </w:p>
    <w:tbl>
      <w:tblPr>
        <w:tblW w:w="9360" w:type="dxa"/>
        <w:tblInd w:w="120" w:type="dxa"/>
        <w:tblLayout w:type="fixed"/>
        <w:tblLook w:val="04A0" w:firstRow="1" w:lastRow="0" w:firstColumn="1" w:lastColumn="0" w:noHBand="0" w:noVBand="1"/>
      </w:tblPr>
      <w:tblGrid>
        <w:gridCol w:w="9360"/>
      </w:tblGrid>
      <w:tr w:rsidR="004F3A74" w14:paraId="7AA82355" w14:textId="77777777">
        <w:tc>
          <w:tcPr>
            <w:tcW w:w="9360" w:type="dxa"/>
            <w:tcBorders>
              <w:top w:val="single" w:sz="5" w:space="0" w:color="163A5F"/>
              <w:left w:val="single" w:sz="5" w:space="0" w:color="163A5F"/>
              <w:bottom w:val="single" w:sz="5" w:space="0" w:color="163A5F"/>
              <w:right w:val="single" w:sz="5" w:space="0" w:color="163A5F"/>
            </w:tcBorders>
            <w:shd w:val="clear" w:color="auto" w:fill="163A5F"/>
            <w:tcMar>
              <w:top w:w="55" w:type="dxa"/>
              <w:left w:w="140" w:type="dxa"/>
              <w:bottom w:w="55" w:type="dxa"/>
              <w:right w:w="140" w:type="dxa"/>
            </w:tcMar>
          </w:tcPr>
          <w:p w14:paraId="5D7207F5" w14:textId="77777777" w:rsidR="004F3A74" w:rsidRDefault="00000000">
            <w:pPr>
              <w:spacing w:after="0"/>
            </w:pPr>
            <w:r>
              <w:rPr>
                <w:rFonts w:eastAsia="Calibri"/>
                <w:b/>
                <w:color w:val="FFFFFF"/>
                <w:sz w:val="16"/>
              </w:rPr>
              <w:t>REQUEST  ·  HTTP</w:t>
            </w:r>
          </w:p>
        </w:tc>
      </w:tr>
      <w:tr w:rsidR="004F3A74" w14:paraId="520A3EAF" w14:textId="77777777">
        <w:tc>
          <w:tcPr>
            <w:tcW w:w="9360" w:type="dxa"/>
            <w:tcBorders>
              <w:top w:val="single" w:sz="5" w:space="0" w:color="163A5F"/>
              <w:left w:val="single" w:sz="5" w:space="0" w:color="163A5F"/>
              <w:bottom w:val="single" w:sz="5" w:space="0" w:color="163A5F"/>
              <w:right w:val="single" w:sz="5" w:space="0" w:color="163A5F"/>
            </w:tcBorders>
            <w:shd w:val="clear" w:color="auto" w:fill="F7F9FC"/>
            <w:tcMar>
              <w:top w:w="120" w:type="dxa"/>
              <w:left w:w="150" w:type="dxa"/>
              <w:bottom w:w="120" w:type="dxa"/>
              <w:right w:w="150" w:type="dxa"/>
            </w:tcMar>
          </w:tcPr>
          <w:p w14:paraId="1F607236" w14:textId="77777777" w:rsidR="004F3A74" w:rsidRDefault="00000000">
            <w:pPr>
              <w:spacing w:after="0" w:line="240" w:lineRule="auto"/>
            </w:pPr>
            <w:r>
              <w:rPr>
                <w:rFonts w:ascii="Consolas" w:eastAsia="Consolas" w:hAnsi="Consolas"/>
                <w:sz w:val="17"/>
              </w:rPr>
              <w:t>GET {{baseUrl}}/api/app/his/doctors/work-schedules?fromDate=2026-07-28&amp;toDate=2026-08-11</w:t>
            </w:r>
            <w:r>
              <w:rPr>
                <w:rFonts w:ascii="Consolas" w:eastAsia="Consolas" w:hAnsi="Consolas"/>
                <w:sz w:val="17"/>
              </w:rPr>
              <w:br/>
              <w:t>Authorization: Bearer {{accessToken}}</w:t>
            </w:r>
            <w:r>
              <w:rPr>
                <w:rFonts w:ascii="Consolas" w:eastAsia="Consolas" w:hAnsi="Consolas"/>
                <w:sz w:val="17"/>
              </w:rPr>
              <w:br/>
              <w:t>__tenant: {{tenantId}}</w:t>
            </w:r>
          </w:p>
        </w:tc>
      </w:tr>
    </w:tbl>
    <w:p w14:paraId="6E139AD6" w14:textId="77777777" w:rsidR="004F3A74" w:rsidRDefault="004F3A74">
      <w:pPr>
        <w:spacing w:line="20" w:lineRule="exact"/>
      </w:pPr>
    </w:p>
    <w:tbl>
      <w:tblPr>
        <w:tblW w:w="9360" w:type="dxa"/>
        <w:tblInd w:w="120" w:type="dxa"/>
        <w:tblLayout w:type="fixed"/>
        <w:tblLook w:val="04A0" w:firstRow="1" w:lastRow="0" w:firstColumn="1" w:lastColumn="0" w:noHBand="0" w:noVBand="1"/>
      </w:tblPr>
      <w:tblGrid>
        <w:gridCol w:w="9360"/>
      </w:tblGrid>
      <w:tr w:rsidR="004F3A74" w14:paraId="72CB1F18" w14:textId="77777777">
        <w:tc>
          <w:tcPr>
            <w:tcW w:w="9360" w:type="dxa"/>
            <w:tcBorders>
              <w:top w:val="single" w:sz="5" w:space="0" w:color="163A5F"/>
              <w:left w:val="single" w:sz="5" w:space="0" w:color="163A5F"/>
              <w:bottom w:val="single" w:sz="5" w:space="0" w:color="163A5F"/>
              <w:right w:val="single" w:sz="5" w:space="0" w:color="163A5F"/>
            </w:tcBorders>
            <w:shd w:val="clear" w:color="auto" w:fill="163A5F"/>
            <w:tcMar>
              <w:top w:w="55" w:type="dxa"/>
              <w:left w:w="140" w:type="dxa"/>
              <w:bottom w:w="55" w:type="dxa"/>
              <w:right w:w="140" w:type="dxa"/>
            </w:tcMar>
          </w:tcPr>
          <w:p w14:paraId="0127E6BA" w14:textId="77777777" w:rsidR="004F3A74" w:rsidRDefault="00000000">
            <w:pPr>
              <w:spacing w:after="0"/>
            </w:pPr>
            <w:r>
              <w:rPr>
                <w:rFonts w:eastAsia="Calibri"/>
                <w:b/>
                <w:color w:val="FFFFFF"/>
                <w:sz w:val="16"/>
              </w:rPr>
              <w:t>RESPONSE 200  ·  JSON</w:t>
            </w:r>
          </w:p>
        </w:tc>
      </w:tr>
      <w:tr w:rsidR="004F3A74" w14:paraId="1F84A5AE" w14:textId="77777777">
        <w:tc>
          <w:tcPr>
            <w:tcW w:w="9360" w:type="dxa"/>
            <w:tcBorders>
              <w:top w:val="single" w:sz="5" w:space="0" w:color="163A5F"/>
              <w:left w:val="single" w:sz="5" w:space="0" w:color="163A5F"/>
              <w:bottom w:val="single" w:sz="5" w:space="0" w:color="163A5F"/>
              <w:right w:val="single" w:sz="5" w:space="0" w:color="163A5F"/>
            </w:tcBorders>
            <w:shd w:val="clear" w:color="auto" w:fill="F7F9FC"/>
            <w:tcMar>
              <w:top w:w="120" w:type="dxa"/>
              <w:left w:w="150" w:type="dxa"/>
              <w:bottom w:w="120" w:type="dxa"/>
              <w:right w:w="150" w:type="dxa"/>
            </w:tcMar>
          </w:tcPr>
          <w:p w14:paraId="7574DE64" w14:textId="77777777" w:rsidR="004F3A74" w:rsidRDefault="00000000">
            <w:pPr>
              <w:spacing w:after="0" w:line="240" w:lineRule="auto"/>
            </w:pPr>
            <w:r>
              <w:rPr>
                <w:rFonts w:ascii="Consolas" w:eastAsia="Consolas" w:hAnsi="Consolas"/>
                <w:sz w:val="17"/>
              </w:rPr>
              <w:t>{</w:t>
            </w:r>
            <w:r>
              <w:rPr>
                <w:rFonts w:ascii="Consolas" w:eastAsia="Consolas" w:hAnsi="Consolas"/>
                <w:sz w:val="17"/>
              </w:rPr>
              <w:br/>
              <w:t xml:space="preserve">  "success": true,</w:t>
            </w:r>
            <w:r>
              <w:rPr>
                <w:rFonts w:ascii="Consolas" w:eastAsia="Consolas" w:hAnsi="Consolas"/>
                <w:sz w:val="17"/>
              </w:rPr>
              <w:br/>
              <w:t xml:space="preserve">  "statusCode": 200,</w:t>
            </w:r>
            <w:r>
              <w:rPr>
                <w:rFonts w:ascii="Consolas" w:eastAsia="Consolas" w:hAnsi="Consolas"/>
                <w:sz w:val="17"/>
              </w:rPr>
              <w:br/>
              <w:t xml:space="preserve">  "data": {</w:t>
            </w:r>
            <w:r>
              <w:rPr>
                <w:rFonts w:ascii="Consolas" w:eastAsia="Consolas" w:hAnsi="Consolas"/>
                <w:sz w:val="17"/>
              </w:rPr>
              <w:br/>
              <w:t xml:space="preserve">    "fromDate": "2026-07-28",</w:t>
            </w:r>
            <w:r>
              <w:rPr>
                <w:rFonts w:ascii="Consolas" w:eastAsia="Consolas" w:hAnsi="Consolas"/>
                <w:sz w:val="17"/>
              </w:rPr>
              <w:br/>
              <w:t xml:space="preserve">    "toDate": "2026-08-11",</w:t>
            </w:r>
            <w:r>
              <w:rPr>
                <w:rFonts w:ascii="Consolas" w:eastAsia="Consolas" w:hAnsi="Consolas"/>
                <w:sz w:val="17"/>
              </w:rPr>
              <w:br/>
              <w:t xml:space="preserve">    "doctors": [</w:t>
            </w:r>
            <w:r>
              <w:rPr>
                <w:rFonts w:ascii="Consolas" w:eastAsia="Consolas" w:hAnsi="Consolas"/>
                <w:sz w:val="17"/>
              </w:rPr>
              <w:br/>
              <w:t xml:space="preserve">      {</w:t>
            </w:r>
            <w:r>
              <w:rPr>
                <w:rFonts w:ascii="Consolas" w:eastAsia="Consolas" w:hAnsi="Consolas"/>
                <w:sz w:val="17"/>
              </w:rPr>
              <w:br/>
              <w:t xml:space="preserve">        "doctorId": "655a3bf5-6462-4e76-a4bc-76275193944f",</w:t>
            </w:r>
            <w:r>
              <w:rPr>
                <w:rFonts w:ascii="Consolas" w:eastAsia="Consolas" w:hAnsi="Consolas"/>
                <w:sz w:val="17"/>
              </w:rPr>
              <w:br/>
              <w:t xml:space="preserve">        "doctorCode": "BS001",</w:t>
            </w:r>
            <w:r>
              <w:rPr>
                <w:rFonts w:ascii="Consolas" w:eastAsia="Consolas" w:hAnsi="Consolas"/>
                <w:sz w:val="17"/>
              </w:rPr>
              <w:br/>
              <w:t xml:space="preserve">        "fullName": "Nguyễn Văn A",</w:t>
            </w:r>
            <w:r>
              <w:rPr>
                <w:rFonts w:ascii="Consolas" w:eastAsia="Consolas" w:hAnsi="Consolas"/>
                <w:sz w:val="17"/>
              </w:rPr>
              <w:br/>
              <w:t xml:space="preserve">        "birthYear": 1985,</w:t>
            </w:r>
            <w:r>
              <w:rPr>
                <w:rFonts w:ascii="Consolas" w:eastAsia="Consolas" w:hAnsi="Consolas"/>
                <w:sz w:val="17"/>
              </w:rPr>
              <w:br/>
              <w:t xml:space="preserve">        "gender": null,</w:t>
            </w:r>
            <w:r>
              <w:rPr>
                <w:rFonts w:ascii="Consolas" w:eastAsia="Consolas" w:hAnsi="Consolas"/>
                <w:sz w:val="17"/>
              </w:rPr>
              <w:br/>
              <w:t xml:space="preserve">        "title": "Bác sĩ",</w:t>
            </w:r>
            <w:r>
              <w:rPr>
                <w:rFonts w:ascii="Consolas" w:eastAsia="Consolas" w:hAnsi="Consolas"/>
                <w:sz w:val="17"/>
              </w:rPr>
              <w:br/>
              <w:t xml:space="preserve">        "departments": [</w:t>
            </w:r>
            <w:r>
              <w:rPr>
                <w:rFonts w:ascii="Consolas" w:eastAsia="Consolas" w:hAnsi="Consolas"/>
                <w:sz w:val="17"/>
              </w:rPr>
              <w:br/>
              <w:t xml:space="preserve">          {</w:t>
            </w:r>
            <w:r>
              <w:rPr>
                <w:rFonts w:ascii="Consolas" w:eastAsia="Consolas" w:hAnsi="Consolas"/>
                <w:sz w:val="17"/>
              </w:rPr>
              <w:br/>
              <w:t xml:space="preserve">            "departmentId": "70fa7957-af13-4eb6-b728-3e9ee47471e9",</w:t>
            </w:r>
            <w:r>
              <w:rPr>
                <w:rFonts w:ascii="Consolas" w:eastAsia="Consolas" w:hAnsi="Consolas"/>
                <w:sz w:val="17"/>
              </w:rPr>
              <w:br/>
              <w:t xml:space="preserve">            "departmentCode": "KKB",</w:t>
            </w:r>
            <w:r>
              <w:rPr>
                <w:rFonts w:ascii="Consolas" w:eastAsia="Consolas" w:hAnsi="Consolas"/>
                <w:sz w:val="17"/>
              </w:rPr>
              <w:br/>
              <w:t xml:space="preserve">            "departmentName": "Khoa Khám bệnh"</w:t>
            </w:r>
            <w:r>
              <w:rPr>
                <w:rFonts w:ascii="Consolas" w:eastAsia="Consolas" w:hAnsi="Consolas"/>
                <w:sz w:val="17"/>
              </w:rPr>
              <w:br/>
              <w:t xml:space="preserve">          }</w:t>
            </w:r>
            <w:r>
              <w:rPr>
                <w:rFonts w:ascii="Consolas" w:eastAsia="Consolas" w:hAnsi="Consolas"/>
                <w:sz w:val="17"/>
              </w:rPr>
              <w:br/>
              <w:t xml:space="preserve">        ]</w:t>
            </w:r>
            <w:r>
              <w:rPr>
                <w:rFonts w:ascii="Consolas" w:eastAsia="Consolas" w:hAnsi="Consolas"/>
                <w:sz w:val="17"/>
              </w:rPr>
              <w:br/>
              <w:t xml:space="preserve">      }</w:t>
            </w:r>
            <w:r>
              <w:rPr>
                <w:rFonts w:ascii="Consolas" w:eastAsia="Consolas" w:hAnsi="Consolas"/>
                <w:sz w:val="17"/>
              </w:rPr>
              <w:br/>
              <w:t xml:space="preserve">    ]</w:t>
            </w:r>
            <w:r>
              <w:rPr>
                <w:rFonts w:ascii="Consolas" w:eastAsia="Consolas" w:hAnsi="Consolas"/>
                <w:sz w:val="17"/>
              </w:rPr>
              <w:br/>
              <w:t xml:space="preserve">  },</w:t>
            </w:r>
            <w:r>
              <w:rPr>
                <w:rFonts w:ascii="Consolas" w:eastAsia="Consolas" w:hAnsi="Consolas"/>
                <w:sz w:val="17"/>
              </w:rPr>
              <w:br/>
              <w:t xml:space="preserve">  "timestamp": "2026-07-28T10:00:00+07:00"</w:t>
            </w:r>
            <w:r>
              <w:rPr>
                <w:rFonts w:ascii="Consolas" w:eastAsia="Consolas" w:hAnsi="Consolas"/>
                <w:sz w:val="17"/>
              </w:rPr>
              <w:br/>
              <w:t>}</w:t>
            </w:r>
          </w:p>
        </w:tc>
      </w:tr>
    </w:tbl>
    <w:p w14:paraId="3ED4C7B9" w14:textId="77777777" w:rsidR="004F3A74" w:rsidRDefault="004F3A74">
      <w:pPr>
        <w:spacing w:line="20" w:lineRule="exact"/>
      </w:pPr>
    </w:p>
    <w:p w14:paraId="03FED0F0" w14:textId="77777777" w:rsidR="004F3A74" w:rsidRDefault="00000000">
      <w:r>
        <w:br w:type="page"/>
      </w:r>
    </w:p>
    <w:p w14:paraId="61A23AA9" w14:textId="77777777" w:rsidR="004F3A74" w:rsidRDefault="00000000">
      <w:pPr>
        <w:pStyle w:val="Heading2"/>
      </w:pPr>
      <w:r>
        <w:lastRenderedPageBreak/>
        <w:t>2.2 Response field</w:t>
      </w:r>
    </w:p>
    <w:tbl>
      <w:tblPr>
        <w:tblW w:w="9360" w:type="dxa"/>
        <w:tblInd w:w="120" w:type="dxa"/>
        <w:tblLayout w:type="fixed"/>
        <w:tblLook w:val="04A0" w:firstRow="1" w:lastRow="0" w:firstColumn="1" w:lastColumn="0" w:noHBand="0" w:noVBand="1"/>
      </w:tblPr>
      <w:tblGrid>
        <w:gridCol w:w="3400"/>
        <w:gridCol w:w="1700"/>
        <w:gridCol w:w="4260"/>
      </w:tblGrid>
      <w:tr w:rsidR="004F3A74" w14:paraId="35A0997D" w14:textId="77777777">
        <w:trPr>
          <w:tblHeader/>
        </w:trPr>
        <w:tc>
          <w:tcPr>
            <w:tcW w:w="34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27B15D6E" w14:textId="77777777" w:rsidR="004F3A74" w:rsidRDefault="00000000">
            <w:pPr>
              <w:spacing w:after="0"/>
            </w:pPr>
            <w:r>
              <w:rPr>
                <w:rFonts w:eastAsia="Calibri"/>
                <w:b/>
                <w:sz w:val="17"/>
              </w:rPr>
              <w:t>Field</w:t>
            </w:r>
          </w:p>
        </w:tc>
        <w:tc>
          <w:tcPr>
            <w:tcW w:w="17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5A5A1E59" w14:textId="77777777" w:rsidR="004F3A74" w:rsidRDefault="00000000">
            <w:pPr>
              <w:spacing w:after="0"/>
            </w:pPr>
            <w:r>
              <w:rPr>
                <w:rFonts w:eastAsia="Calibri"/>
                <w:b/>
                <w:sz w:val="17"/>
              </w:rPr>
              <w:t>Kiểu</w:t>
            </w:r>
          </w:p>
        </w:tc>
        <w:tc>
          <w:tcPr>
            <w:tcW w:w="426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4E4B30EB" w14:textId="77777777" w:rsidR="004F3A74" w:rsidRDefault="00000000">
            <w:pPr>
              <w:spacing w:after="0"/>
            </w:pPr>
            <w:r>
              <w:rPr>
                <w:rFonts w:eastAsia="Calibri"/>
                <w:b/>
                <w:sz w:val="17"/>
              </w:rPr>
              <w:t>Mô tả</w:t>
            </w:r>
          </w:p>
        </w:tc>
      </w:tr>
      <w:tr w:rsidR="004F3A74" w14:paraId="31ADF949" w14:textId="77777777">
        <w:tc>
          <w:tcPr>
            <w:tcW w:w="3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D2D1C63" w14:textId="77777777" w:rsidR="004F3A74" w:rsidRDefault="00000000">
            <w:pPr>
              <w:spacing w:after="0"/>
            </w:pPr>
            <w:r>
              <w:rPr>
                <w:rFonts w:eastAsia="Calibri"/>
                <w:sz w:val="17"/>
              </w:rPr>
              <w:t>data.fromDate / data.toDate</w:t>
            </w:r>
          </w:p>
        </w:tc>
        <w:tc>
          <w:tcPr>
            <w:tcW w:w="17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6A6E2D8" w14:textId="77777777" w:rsidR="004F3A74" w:rsidRDefault="00000000">
            <w:pPr>
              <w:spacing w:after="0"/>
            </w:pPr>
            <w:r>
              <w:rPr>
                <w:rFonts w:eastAsia="Calibri"/>
                <w:sz w:val="17"/>
              </w:rPr>
              <w:t>string</w:t>
            </w:r>
          </w:p>
        </w:tc>
        <w:tc>
          <w:tcPr>
            <w:tcW w:w="42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B59736C" w14:textId="77777777" w:rsidR="004F3A74" w:rsidRDefault="00000000">
            <w:pPr>
              <w:spacing w:after="0"/>
            </w:pPr>
            <w:r>
              <w:rPr>
                <w:rFonts w:eastAsia="Calibri"/>
                <w:sz w:val="17"/>
              </w:rPr>
              <w:t>Khoảng ngày thực tế, yyyy-MM-dd.</w:t>
            </w:r>
          </w:p>
        </w:tc>
      </w:tr>
      <w:tr w:rsidR="004F3A74" w14:paraId="32ADD85C" w14:textId="77777777">
        <w:tc>
          <w:tcPr>
            <w:tcW w:w="3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A413384" w14:textId="77777777" w:rsidR="004F3A74" w:rsidRDefault="00000000">
            <w:pPr>
              <w:spacing w:after="0"/>
            </w:pPr>
            <w:r>
              <w:rPr>
                <w:rFonts w:eastAsia="Calibri"/>
                <w:sz w:val="17"/>
              </w:rPr>
              <w:t>data.doctors</w:t>
            </w:r>
          </w:p>
        </w:tc>
        <w:tc>
          <w:tcPr>
            <w:tcW w:w="17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2625287" w14:textId="77777777" w:rsidR="004F3A74" w:rsidRDefault="00000000">
            <w:pPr>
              <w:spacing w:after="0"/>
            </w:pPr>
            <w:r>
              <w:rPr>
                <w:rFonts w:eastAsia="Calibri"/>
                <w:sz w:val="17"/>
              </w:rPr>
              <w:t>array</w:t>
            </w:r>
          </w:p>
        </w:tc>
        <w:tc>
          <w:tcPr>
            <w:tcW w:w="42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104DD63" w14:textId="77777777" w:rsidR="004F3A74" w:rsidRDefault="00000000">
            <w:pPr>
              <w:spacing w:after="0"/>
            </w:pPr>
            <w:r>
              <w:rPr>
                <w:rFonts w:eastAsia="Calibri"/>
                <w:sz w:val="17"/>
              </w:rPr>
              <w:t>Danh sách bác sĩ còn lịch khả dụng.</w:t>
            </w:r>
          </w:p>
        </w:tc>
      </w:tr>
      <w:tr w:rsidR="004F3A74" w14:paraId="39621862" w14:textId="77777777">
        <w:tc>
          <w:tcPr>
            <w:tcW w:w="3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52522082" w14:textId="77777777" w:rsidR="004F3A74" w:rsidRDefault="00000000">
            <w:pPr>
              <w:spacing w:after="0"/>
            </w:pPr>
            <w:r>
              <w:rPr>
                <w:rFonts w:eastAsia="Calibri"/>
                <w:sz w:val="17"/>
              </w:rPr>
              <w:t>doctorId</w:t>
            </w:r>
          </w:p>
        </w:tc>
        <w:tc>
          <w:tcPr>
            <w:tcW w:w="17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3B5ED76" w14:textId="77777777" w:rsidR="004F3A74" w:rsidRDefault="00000000">
            <w:pPr>
              <w:spacing w:after="0"/>
            </w:pPr>
            <w:r>
              <w:rPr>
                <w:rFonts w:eastAsia="Calibri"/>
                <w:sz w:val="17"/>
              </w:rPr>
              <w:t>uuid</w:t>
            </w:r>
          </w:p>
        </w:tc>
        <w:tc>
          <w:tcPr>
            <w:tcW w:w="42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5639BEF" w14:textId="77777777" w:rsidR="004F3A74" w:rsidRDefault="00000000">
            <w:pPr>
              <w:spacing w:after="0"/>
            </w:pPr>
            <w:r>
              <w:rPr>
                <w:rFonts w:eastAsia="Calibri"/>
                <w:sz w:val="17"/>
              </w:rPr>
              <w:t>Định danh bác sĩ.</w:t>
            </w:r>
          </w:p>
        </w:tc>
      </w:tr>
      <w:tr w:rsidR="004F3A74" w14:paraId="7C9D8CDA" w14:textId="77777777">
        <w:tc>
          <w:tcPr>
            <w:tcW w:w="3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34E4B69" w14:textId="77777777" w:rsidR="004F3A74" w:rsidRDefault="00000000">
            <w:pPr>
              <w:spacing w:after="0"/>
            </w:pPr>
            <w:r>
              <w:rPr>
                <w:rFonts w:eastAsia="Calibri"/>
                <w:sz w:val="17"/>
              </w:rPr>
              <w:t>doctorCode</w:t>
            </w:r>
          </w:p>
        </w:tc>
        <w:tc>
          <w:tcPr>
            <w:tcW w:w="17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DAFAC85" w14:textId="77777777" w:rsidR="004F3A74" w:rsidRDefault="00000000">
            <w:pPr>
              <w:spacing w:after="0"/>
            </w:pPr>
            <w:r>
              <w:rPr>
                <w:rFonts w:eastAsia="Calibri"/>
                <w:sz w:val="17"/>
              </w:rPr>
              <w:t>string</w:t>
            </w:r>
          </w:p>
        </w:tc>
        <w:tc>
          <w:tcPr>
            <w:tcW w:w="42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77A5F10" w14:textId="77777777" w:rsidR="004F3A74" w:rsidRDefault="00000000">
            <w:pPr>
              <w:spacing w:after="0"/>
            </w:pPr>
            <w:r>
              <w:rPr>
                <w:rFonts w:eastAsia="Calibri"/>
                <w:sz w:val="17"/>
              </w:rPr>
              <w:t>Mã bác sĩ dùng cho API 2 và deep-link.</w:t>
            </w:r>
          </w:p>
        </w:tc>
      </w:tr>
      <w:tr w:rsidR="004F3A74" w14:paraId="0FB55F1A" w14:textId="77777777">
        <w:tc>
          <w:tcPr>
            <w:tcW w:w="3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43316F32" w14:textId="77777777" w:rsidR="004F3A74" w:rsidRDefault="00000000">
            <w:pPr>
              <w:spacing w:after="0"/>
            </w:pPr>
            <w:r>
              <w:rPr>
                <w:rFonts w:eastAsia="Calibri"/>
                <w:sz w:val="17"/>
              </w:rPr>
              <w:t>fullName</w:t>
            </w:r>
          </w:p>
        </w:tc>
        <w:tc>
          <w:tcPr>
            <w:tcW w:w="17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5A83AF7F" w14:textId="77777777" w:rsidR="004F3A74" w:rsidRDefault="00000000">
            <w:pPr>
              <w:spacing w:after="0"/>
            </w:pPr>
            <w:r>
              <w:rPr>
                <w:rFonts w:eastAsia="Calibri"/>
                <w:sz w:val="17"/>
              </w:rPr>
              <w:t>string</w:t>
            </w:r>
          </w:p>
        </w:tc>
        <w:tc>
          <w:tcPr>
            <w:tcW w:w="42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8F08F47" w14:textId="77777777" w:rsidR="004F3A74" w:rsidRDefault="00000000">
            <w:pPr>
              <w:spacing w:after="0"/>
            </w:pPr>
            <w:r>
              <w:rPr>
                <w:rFonts w:eastAsia="Calibri"/>
                <w:sz w:val="17"/>
              </w:rPr>
              <w:t>Họ tên bác sĩ.</w:t>
            </w:r>
          </w:p>
        </w:tc>
      </w:tr>
      <w:tr w:rsidR="004F3A74" w14:paraId="7A01949C" w14:textId="77777777">
        <w:tc>
          <w:tcPr>
            <w:tcW w:w="3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C0E26C9" w14:textId="77777777" w:rsidR="004F3A74" w:rsidRDefault="00000000">
            <w:pPr>
              <w:spacing w:after="0"/>
            </w:pPr>
            <w:r>
              <w:rPr>
                <w:rFonts w:eastAsia="Calibri"/>
                <w:sz w:val="17"/>
              </w:rPr>
              <w:t>birthYear</w:t>
            </w:r>
          </w:p>
        </w:tc>
        <w:tc>
          <w:tcPr>
            <w:tcW w:w="17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5F2CBA8" w14:textId="77777777" w:rsidR="004F3A74" w:rsidRDefault="00000000">
            <w:pPr>
              <w:spacing w:after="0"/>
            </w:pPr>
            <w:r>
              <w:rPr>
                <w:rFonts w:eastAsia="Calibri"/>
                <w:sz w:val="17"/>
              </w:rPr>
              <w:t>number/null</w:t>
            </w:r>
          </w:p>
        </w:tc>
        <w:tc>
          <w:tcPr>
            <w:tcW w:w="42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4E7BAF51" w14:textId="77777777" w:rsidR="004F3A74" w:rsidRDefault="00000000">
            <w:pPr>
              <w:spacing w:after="0"/>
            </w:pPr>
            <w:r>
              <w:rPr>
                <w:rFonts w:eastAsia="Calibri"/>
                <w:sz w:val="17"/>
              </w:rPr>
              <w:t>Năm sinh nếu có.</w:t>
            </w:r>
          </w:p>
        </w:tc>
      </w:tr>
      <w:tr w:rsidR="004F3A74" w14:paraId="67973D9D" w14:textId="77777777">
        <w:tc>
          <w:tcPr>
            <w:tcW w:w="3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9AF0AE0" w14:textId="77777777" w:rsidR="004F3A74" w:rsidRDefault="00000000">
            <w:pPr>
              <w:spacing w:after="0"/>
            </w:pPr>
            <w:r>
              <w:rPr>
                <w:rFonts w:eastAsia="Calibri"/>
                <w:sz w:val="17"/>
              </w:rPr>
              <w:t>gender</w:t>
            </w:r>
          </w:p>
        </w:tc>
        <w:tc>
          <w:tcPr>
            <w:tcW w:w="17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B4103EC" w14:textId="77777777" w:rsidR="004F3A74" w:rsidRDefault="00000000">
            <w:pPr>
              <w:spacing w:after="0"/>
            </w:pPr>
            <w:r>
              <w:rPr>
                <w:rFonts w:eastAsia="Calibri"/>
                <w:sz w:val="17"/>
              </w:rPr>
              <w:t>string/null</w:t>
            </w:r>
          </w:p>
        </w:tc>
        <w:tc>
          <w:tcPr>
            <w:tcW w:w="42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484058B0" w14:textId="77777777" w:rsidR="004F3A74" w:rsidRDefault="00000000">
            <w:pPr>
              <w:spacing w:after="0"/>
            </w:pPr>
            <w:r>
              <w:rPr>
                <w:rFonts w:eastAsia="Calibri"/>
                <w:sz w:val="17"/>
              </w:rPr>
              <w:t>Giới tính nếu có.</w:t>
            </w:r>
          </w:p>
        </w:tc>
      </w:tr>
      <w:tr w:rsidR="004F3A74" w14:paraId="636FEF76" w14:textId="77777777">
        <w:tc>
          <w:tcPr>
            <w:tcW w:w="3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0239C88" w14:textId="77777777" w:rsidR="004F3A74" w:rsidRDefault="00000000">
            <w:pPr>
              <w:spacing w:after="0"/>
            </w:pPr>
            <w:r>
              <w:rPr>
                <w:rFonts w:eastAsia="Calibri"/>
                <w:sz w:val="17"/>
              </w:rPr>
              <w:t>title</w:t>
            </w:r>
          </w:p>
        </w:tc>
        <w:tc>
          <w:tcPr>
            <w:tcW w:w="17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138E7D8" w14:textId="77777777" w:rsidR="004F3A74" w:rsidRDefault="00000000">
            <w:pPr>
              <w:spacing w:after="0"/>
            </w:pPr>
            <w:r>
              <w:rPr>
                <w:rFonts w:eastAsia="Calibri"/>
                <w:sz w:val="17"/>
              </w:rPr>
              <w:t>string/null</w:t>
            </w:r>
          </w:p>
        </w:tc>
        <w:tc>
          <w:tcPr>
            <w:tcW w:w="42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5F232C86" w14:textId="77777777" w:rsidR="004F3A74" w:rsidRDefault="00000000">
            <w:pPr>
              <w:spacing w:after="0"/>
            </w:pPr>
            <w:r>
              <w:rPr>
                <w:rFonts w:eastAsia="Calibri"/>
                <w:sz w:val="17"/>
              </w:rPr>
              <w:t>Chức danh nếu có.</w:t>
            </w:r>
          </w:p>
        </w:tc>
      </w:tr>
      <w:tr w:rsidR="004F3A74" w14:paraId="16A5CEA3" w14:textId="77777777">
        <w:tc>
          <w:tcPr>
            <w:tcW w:w="3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58427974" w14:textId="77777777" w:rsidR="004F3A74" w:rsidRDefault="00000000">
            <w:pPr>
              <w:spacing w:after="0"/>
            </w:pPr>
            <w:r>
              <w:rPr>
                <w:rFonts w:eastAsia="Calibri"/>
                <w:sz w:val="17"/>
              </w:rPr>
              <w:t>departments</w:t>
            </w:r>
          </w:p>
        </w:tc>
        <w:tc>
          <w:tcPr>
            <w:tcW w:w="17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93A2D16" w14:textId="77777777" w:rsidR="004F3A74" w:rsidRDefault="00000000">
            <w:pPr>
              <w:spacing w:after="0"/>
            </w:pPr>
            <w:r>
              <w:rPr>
                <w:rFonts w:eastAsia="Calibri"/>
                <w:sz w:val="17"/>
              </w:rPr>
              <w:t>array</w:t>
            </w:r>
          </w:p>
        </w:tc>
        <w:tc>
          <w:tcPr>
            <w:tcW w:w="42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7E06595" w14:textId="77777777" w:rsidR="004F3A74" w:rsidRDefault="00000000">
            <w:pPr>
              <w:spacing w:after="0"/>
            </w:pPr>
            <w:r>
              <w:rPr>
                <w:rFonts w:eastAsia="Calibri"/>
                <w:sz w:val="17"/>
              </w:rPr>
              <w:t>Danh sách khoa của bác sĩ.</w:t>
            </w:r>
          </w:p>
        </w:tc>
      </w:tr>
      <w:tr w:rsidR="004F3A74" w14:paraId="50809898" w14:textId="77777777">
        <w:tc>
          <w:tcPr>
            <w:tcW w:w="3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1F4FDF5" w14:textId="77777777" w:rsidR="004F3A74" w:rsidRDefault="00000000">
            <w:pPr>
              <w:spacing w:after="0"/>
            </w:pPr>
            <w:r>
              <w:rPr>
                <w:rFonts w:eastAsia="Calibri"/>
                <w:sz w:val="17"/>
              </w:rPr>
              <w:t>departments[].departmentId</w:t>
            </w:r>
          </w:p>
        </w:tc>
        <w:tc>
          <w:tcPr>
            <w:tcW w:w="17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5EBF896D" w14:textId="77777777" w:rsidR="004F3A74" w:rsidRDefault="00000000">
            <w:pPr>
              <w:spacing w:after="0"/>
            </w:pPr>
            <w:r>
              <w:rPr>
                <w:rFonts w:eastAsia="Calibri"/>
                <w:sz w:val="17"/>
              </w:rPr>
              <w:t>uuid</w:t>
            </w:r>
          </w:p>
        </w:tc>
        <w:tc>
          <w:tcPr>
            <w:tcW w:w="42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5080A50" w14:textId="77777777" w:rsidR="004F3A74" w:rsidRDefault="00000000">
            <w:pPr>
              <w:spacing w:after="0"/>
            </w:pPr>
            <w:r>
              <w:rPr>
                <w:rFonts w:eastAsia="Calibri"/>
                <w:sz w:val="17"/>
              </w:rPr>
              <w:t>Định danh khoa.</w:t>
            </w:r>
          </w:p>
        </w:tc>
      </w:tr>
      <w:tr w:rsidR="004F3A74" w14:paraId="3C9E3185" w14:textId="77777777">
        <w:tc>
          <w:tcPr>
            <w:tcW w:w="3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06AF108" w14:textId="77777777" w:rsidR="004F3A74" w:rsidRDefault="00000000">
            <w:pPr>
              <w:spacing w:after="0"/>
            </w:pPr>
            <w:r>
              <w:rPr>
                <w:rFonts w:eastAsia="Calibri"/>
                <w:sz w:val="17"/>
              </w:rPr>
              <w:t>departments[].departmentCode</w:t>
            </w:r>
          </w:p>
        </w:tc>
        <w:tc>
          <w:tcPr>
            <w:tcW w:w="17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51ADBCBC" w14:textId="77777777" w:rsidR="004F3A74" w:rsidRDefault="00000000">
            <w:pPr>
              <w:spacing w:after="0"/>
            </w:pPr>
            <w:r>
              <w:rPr>
                <w:rFonts w:eastAsia="Calibri"/>
                <w:sz w:val="17"/>
              </w:rPr>
              <w:t>string</w:t>
            </w:r>
          </w:p>
        </w:tc>
        <w:tc>
          <w:tcPr>
            <w:tcW w:w="42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12E69D1" w14:textId="77777777" w:rsidR="004F3A74" w:rsidRDefault="00000000">
            <w:pPr>
              <w:spacing w:after="0"/>
            </w:pPr>
            <w:r>
              <w:rPr>
                <w:rFonts w:eastAsia="Calibri"/>
                <w:sz w:val="17"/>
              </w:rPr>
              <w:t>Mã khoa.</w:t>
            </w:r>
          </w:p>
        </w:tc>
      </w:tr>
      <w:tr w:rsidR="004F3A74" w14:paraId="5E9449D7" w14:textId="77777777">
        <w:tc>
          <w:tcPr>
            <w:tcW w:w="3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BDE96CE" w14:textId="77777777" w:rsidR="004F3A74" w:rsidRDefault="00000000">
            <w:pPr>
              <w:spacing w:after="0"/>
            </w:pPr>
            <w:r>
              <w:rPr>
                <w:rFonts w:eastAsia="Calibri"/>
                <w:sz w:val="17"/>
              </w:rPr>
              <w:t>departments[].departmentName</w:t>
            </w:r>
          </w:p>
        </w:tc>
        <w:tc>
          <w:tcPr>
            <w:tcW w:w="17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454C2E5C" w14:textId="77777777" w:rsidR="004F3A74" w:rsidRDefault="00000000">
            <w:pPr>
              <w:spacing w:after="0"/>
            </w:pPr>
            <w:r>
              <w:rPr>
                <w:rFonts w:eastAsia="Calibri"/>
                <w:sz w:val="17"/>
              </w:rPr>
              <w:t>string</w:t>
            </w:r>
          </w:p>
        </w:tc>
        <w:tc>
          <w:tcPr>
            <w:tcW w:w="42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69B4AE1" w14:textId="77777777" w:rsidR="004F3A74" w:rsidRDefault="00000000">
            <w:pPr>
              <w:spacing w:after="0"/>
            </w:pPr>
            <w:r>
              <w:rPr>
                <w:rFonts w:eastAsia="Calibri"/>
                <w:sz w:val="17"/>
              </w:rPr>
              <w:t>Tên khoa.</w:t>
            </w:r>
          </w:p>
        </w:tc>
      </w:tr>
    </w:tbl>
    <w:p w14:paraId="79E1AE78" w14:textId="77777777" w:rsidR="004F3A74" w:rsidRDefault="004F3A74">
      <w:pPr>
        <w:spacing w:line="20" w:lineRule="exact"/>
      </w:pPr>
    </w:p>
    <w:tbl>
      <w:tblPr>
        <w:tblW w:w="9360" w:type="dxa"/>
        <w:tblInd w:w="120" w:type="dxa"/>
        <w:tblLayout w:type="fixed"/>
        <w:tblLook w:val="04A0" w:firstRow="1" w:lastRow="0" w:firstColumn="1" w:lastColumn="0" w:noHBand="0" w:noVBand="1"/>
      </w:tblPr>
      <w:tblGrid>
        <w:gridCol w:w="9360"/>
      </w:tblGrid>
      <w:tr w:rsidR="004F3A74" w14:paraId="2F509C8D" w14:textId="77777777">
        <w:tc>
          <w:tcPr>
            <w:tcW w:w="9360" w:type="dxa"/>
            <w:tcBorders>
              <w:top w:val="single" w:sz="3" w:space="0" w:color="C9D3DF"/>
              <w:left w:val="single" w:sz="18" w:space="0" w:color="2E74B5"/>
              <w:bottom w:val="single" w:sz="3" w:space="0" w:color="C9D3DF"/>
              <w:right w:val="single" w:sz="3" w:space="0" w:color="C9D3DF"/>
            </w:tcBorders>
            <w:shd w:val="clear" w:color="auto" w:fill="F4F6F9"/>
            <w:tcMar>
              <w:top w:w="110" w:type="dxa"/>
              <w:left w:w="160" w:type="dxa"/>
              <w:bottom w:w="110" w:type="dxa"/>
              <w:right w:w="160" w:type="dxa"/>
            </w:tcMar>
          </w:tcPr>
          <w:p w14:paraId="61EF2AFA" w14:textId="77777777" w:rsidR="004F3A74" w:rsidRDefault="00000000">
            <w:pPr>
              <w:spacing w:after="40"/>
            </w:pPr>
            <w:r>
              <w:rPr>
                <w:rFonts w:eastAsia="Calibri"/>
                <w:b/>
                <w:color w:val="2E74B5"/>
                <w:sz w:val="17"/>
              </w:rPr>
              <w:t>KHOẢNG NGÀY API 1</w:t>
            </w:r>
            <w:r>
              <w:rPr>
                <w:rFonts w:eastAsia="Calibri"/>
                <w:b/>
                <w:color w:val="2E74B5"/>
                <w:sz w:val="17"/>
              </w:rPr>
              <w:br/>
            </w:r>
            <w:r>
              <w:rPr>
                <w:rFonts w:eastAsia="Calibri"/>
                <w:sz w:val="19"/>
              </w:rPr>
              <w:t>fromDate không được trước ngày hiện tại và toDate không được vượt quá 14 ngày tính từ ngày hiện tại. fromDate phải nhỏ hơn hoặc bằng toDate.</w:t>
            </w:r>
          </w:p>
        </w:tc>
      </w:tr>
    </w:tbl>
    <w:p w14:paraId="42929DFF" w14:textId="77777777" w:rsidR="004F3A74" w:rsidRDefault="004F3A74">
      <w:pPr>
        <w:spacing w:line="20" w:lineRule="exact"/>
      </w:pPr>
    </w:p>
    <w:p w14:paraId="0DC41223" w14:textId="77777777" w:rsidR="004F3A74" w:rsidRDefault="00000000">
      <w:r>
        <w:br w:type="page"/>
      </w:r>
    </w:p>
    <w:p w14:paraId="35F87BAB" w14:textId="77777777" w:rsidR="004F3A74" w:rsidRDefault="00000000">
      <w:pPr>
        <w:pStyle w:val="Heading1"/>
      </w:pPr>
      <w:r>
        <w:lastRenderedPageBreak/>
        <w:t>3. API lấy ngày làm việc theo bác sĩ</w:t>
      </w:r>
    </w:p>
    <w:tbl>
      <w:tblPr>
        <w:tblW w:w="9360" w:type="dxa"/>
        <w:tblInd w:w="120" w:type="dxa"/>
        <w:tblLayout w:type="fixed"/>
        <w:tblLook w:val="04A0" w:firstRow="1" w:lastRow="0" w:firstColumn="1" w:lastColumn="0" w:noHBand="0" w:noVBand="1"/>
      </w:tblPr>
      <w:tblGrid>
        <w:gridCol w:w="1200"/>
        <w:gridCol w:w="8160"/>
      </w:tblGrid>
      <w:tr w:rsidR="004F3A74" w14:paraId="165ABF24" w14:textId="77777777">
        <w:tc>
          <w:tcPr>
            <w:tcW w:w="1200" w:type="dxa"/>
            <w:tcBorders>
              <w:top w:val="single" w:sz="4" w:space="0" w:color="C9D3DF"/>
              <w:left w:val="single" w:sz="4" w:space="0" w:color="C9D3DF"/>
              <w:bottom w:val="single" w:sz="4" w:space="0" w:color="C9D3DF"/>
              <w:right w:val="single" w:sz="4" w:space="0" w:color="C9D3DF"/>
            </w:tcBorders>
            <w:shd w:val="clear" w:color="auto" w:fill="1F6B49"/>
            <w:tcMar>
              <w:top w:w="110" w:type="dxa"/>
              <w:left w:w="150" w:type="dxa"/>
              <w:bottom w:w="110" w:type="dxa"/>
              <w:right w:w="150" w:type="dxa"/>
            </w:tcMar>
          </w:tcPr>
          <w:p w14:paraId="18AD1661" w14:textId="77777777" w:rsidR="004F3A74" w:rsidRDefault="00000000">
            <w:pPr>
              <w:spacing w:after="0"/>
              <w:jc w:val="center"/>
            </w:pPr>
            <w:r>
              <w:rPr>
                <w:rFonts w:eastAsia="Calibri"/>
                <w:b/>
                <w:color w:val="FFFFFF"/>
                <w:sz w:val="19"/>
              </w:rPr>
              <w:t>GET</w:t>
            </w:r>
          </w:p>
        </w:tc>
        <w:tc>
          <w:tcPr>
            <w:tcW w:w="8160" w:type="dxa"/>
            <w:tcBorders>
              <w:top w:val="single" w:sz="4" w:space="0" w:color="C9D3DF"/>
              <w:left w:val="single" w:sz="4" w:space="0" w:color="C9D3DF"/>
              <w:bottom w:val="single" w:sz="4" w:space="0" w:color="C9D3DF"/>
              <w:right w:val="single" w:sz="4" w:space="0" w:color="C9D3DF"/>
            </w:tcBorders>
            <w:shd w:val="clear" w:color="auto" w:fill="E8EEF5"/>
            <w:tcMar>
              <w:top w:w="110" w:type="dxa"/>
              <w:left w:w="150" w:type="dxa"/>
              <w:bottom w:w="110" w:type="dxa"/>
              <w:right w:w="150" w:type="dxa"/>
            </w:tcMar>
          </w:tcPr>
          <w:p w14:paraId="4340571D" w14:textId="77777777" w:rsidR="004F3A74" w:rsidRDefault="00000000">
            <w:pPr>
              <w:spacing w:after="0"/>
            </w:pPr>
            <w:r>
              <w:rPr>
                <w:rFonts w:ascii="Consolas" w:eastAsia="Consolas" w:hAnsi="Consolas"/>
                <w:b/>
                <w:sz w:val="19"/>
              </w:rPr>
              <w:t>/api/app/his/doctors/{doctorCode}/work-schedule-days</w:t>
            </w:r>
          </w:p>
        </w:tc>
      </w:tr>
    </w:tbl>
    <w:p w14:paraId="3263861F" w14:textId="77777777" w:rsidR="004F3A74" w:rsidRDefault="00000000">
      <w:pPr>
        <w:spacing w:after="140"/>
      </w:pPr>
      <w:r>
        <w:t>Trả các ngày còn lịch khả dụng của bác sĩ trong khoảng ngày yêu cầu.</w:t>
      </w:r>
    </w:p>
    <w:tbl>
      <w:tblPr>
        <w:tblW w:w="9360" w:type="dxa"/>
        <w:tblInd w:w="120" w:type="dxa"/>
        <w:tblLayout w:type="fixed"/>
        <w:tblLook w:val="04A0" w:firstRow="1" w:lastRow="0" w:firstColumn="1" w:lastColumn="0" w:noHBand="0" w:noVBand="1"/>
      </w:tblPr>
      <w:tblGrid>
        <w:gridCol w:w="2000"/>
        <w:gridCol w:w="1400"/>
        <w:gridCol w:w="1250"/>
        <w:gridCol w:w="4710"/>
      </w:tblGrid>
      <w:tr w:rsidR="004F3A74" w14:paraId="7B087945" w14:textId="77777777">
        <w:trPr>
          <w:tblHeader/>
        </w:trPr>
        <w:tc>
          <w:tcPr>
            <w:tcW w:w="20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2F1D1606" w14:textId="77777777" w:rsidR="004F3A74" w:rsidRDefault="00000000">
            <w:pPr>
              <w:spacing w:after="0"/>
            </w:pPr>
            <w:r>
              <w:rPr>
                <w:rFonts w:eastAsia="Calibri"/>
                <w:b/>
                <w:sz w:val="17"/>
              </w:rPr>
              <w:t>Tên</w:t>
            </w:r>
          </w:p>
        </w:tc>
        <w:tc>
          <w:tcPr>
            <w:tcW w:w="14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09E2B7F4" w14:textId="77777777" w:rsidR="004F3A74" w:rsidRDefault="00000000">
            <w:pPr>
              <w:spacing w:after="0"/>
            </w:pPr>
            <w:r>
              <w:rPr>
                <w:rFonts w:eastAsia="Calibri"/>
                <w:b/>
                <w:sz w:val="17"/>
              </w:rPr>
              <w:t>Vị trí</w:t>
            </w:r>
          </w:p>
        </w:tc>
        <w:tc>
          <w:tcPr>
            <w:tcW w:w="125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59B7C1F6" w14:textId="77777777" w:rsidR="004F3A74" w:rsidRDefault="00000000">
            <w:pPr>
              <w:spacing w:after="0"/>
            </w:pPr>
            <w:r>
              <w:rPr>
                <w:rFonts w:eastAsia="Calibri"/>
                <w:b/>
                <w:sz w:val="17"/>
              </w:rPr>
              <w:t>Bắt buộc</w:t>
            </w:r>
          </w:p>
        </w:tc>
        <w:tc>
          <w:tcPr>
            <w:tcW w:w="471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7998EEA7" w14:textId="77777777" w:rsidR="004F3A74" w:rsidRDefault="00000000">
            <w:pPr>
              <w:spacing w:after="0"/>
            </w:pPr>
            <w:r>
              <w:rPr>
                <w:rFonts w:eastAsia="Calibri"/>
                <w:b/>
                <w:sz w:val="17"/>
              </w:rPr>
              <w:t>Định dạng / mô tả</w:t>
            </w:r>
          </w:p>
        </w:tc>
      </w:tr>
      <w:tr w:rsidR="004F3A74" w14:paraId="753DEF83" w14:textId="77777777">
        <w:tc>
          <w:tcPr>
            <w:tcW w:w="20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F214EF8" w14:textId="77777777" w:rsidR="004F3A74" w:rsidRDefault="00000000">
            <w:pPr>
              <w:spacing w:after="0"/>
            </w:pPr>
            <w:r>
              <w:rPr>
                <w:rFonts w:eastAsia="Calibri"/>
                <w:sz w:val="17"/>
              </w:rPr>
              <w:t>Authorization</w:t>
            </w:r>
          </w:p>
        </w:tc>
        <w:tc>
          <w:tcPr>
            <w:tcW w:w="1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BDF4029" w14:textId="77777777" w:rsidR="004F3A74" w:rsidRDefault="00000000">
            <w:pPr>
              <w:spacing w:after="0"/>
            </w:pPr>
            <w:r>
              <w:rPr>
                <w:rFonts w:eastAsia="Calibri"/>
                <w:sz w:val="17"/>
              </w:rPr>
              <w:t>Header</w:t>
            </w:r>
          </w:p>
        </w:tc>
        <w:tc>
          <w:tcPr>
            <w:tcW w:w="12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EAD23FD" w14:textId="77777777" w:rsidR="004F3A74" w:rsidRDefault="00000000">
            <w:pPr>
              <w:spacing w:after="0"/>
            </w:pPr>
            <w:r>
              <w:rPr>
                <w:rFonts w:eastAsia="Calibri"/>
                <w:sz w:val="17"/>
              </w:rPr>
              <w:t>Có</w:t>
            </w:r>
          </w:p>
        </w:tc>
        <w:tc>
          <w:tcPr>
            <w:tcW w:w="47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34A5224" w14:textId="77777777" w:rsidR="004F3A74" w:rsidRDefault="00000000">
            <w:pPr>
              <w:spacing w:after="0"/>
            </w:pPr>
            <w:r>
              <w:rPr>
                <w:rFonts w:eastAsia="Calibri"/>
                <w:sz w:val="17"/>
              </w:rPr>
              <w:t>Bearer {{accessToken}}</w:t>
            </w:r>
          </w:p>
        </w:tc>
      </w:tr>
      <w:tr w:rsidR="004F3A74" w14:paraId="54F2817B" w14:textId="77777777">
        <w:tc>
          <w:tcPr>
            <w:tcW w:w="20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41A7CE2" w14:textId="77777777" w:rsidR="004F3A74" w:rsidRDefault="00000000">
            <w:pPr>
              <w:spacing w:after="0"/>
            </w:pPr>
            <w:r>
              <w:rPr>
                <w:rFonts w:eastAsia="Calibri"/>
                <w:sz w:val="17"/>
              </w:rPr>
              <w:t>__tenant</w:t>
            </w:r>
          </w:p>
        </w:tc>
        <w:tc>
          <w:tcPr>
            <w:tcW w:w="1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735D386" w14:textId="77777777" w:rsidR="004F3A74" w:rsidRDefault="00000000">
            <w:pPr>
              <w:spacing w:after="0"/>
            </w:pPr>
            <w:r>
              <w:rPr>
                <w:rFonts w:eastAsia="Calibri"/>
                <w:sz w:val="17"/>
              </w:rPr>
              <w:t>Header</w:t>
            </w:r>
          </w:p>
        </w:tc>
        <w:tc>
          <w:tcPr>
            <w:tcW w:w="12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700AB53" w14:textId="77777777" w:rsidR="004F3A74" w:rsidRDefault="00000000">
            <w:pPr>
              <w:spacing w:after="0"/>
            </w:pPr>
            <w:r>
              <w:rPr>
                <w:rFonts w:eastAsia="Calibri"/>
                <w:sz w:val="17"/>
              </w:rPr>
              <w:t>Có</w:t>
            </w:r>
          </w:p>
        </w:tc>
        <w:tc>
          <w:tcPr>
            <w:tcW w:w="47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FB95B5C" w14:textId="77777777" w:rsidR="004F3A74" w:rsidRDefault="00000000">
            <w:pPr>
              <w:spacing w:after="0"/>
            </w:pPr>
            <w:r>
              <w:rPr>
                <w:rFonts w:eastAsia="Calibri"/>
                <w:sz w:val="17"/>
              </w:rPr>
              <w:t>{{tenantId}} - tenant bệnh viện cần truy vấn</w:t>
            </w:r>
          </w:p>
        </w:tc>
      </w:tr>
      <w:tr w:rsidR="004F3A74" w14:paraId="29FEE0B9" w14:textId="77777777">
        <w:tc>
          <w:tcPr>
            <w:tcW w:w="20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65E3A33" w14:textId="77777777" w:rsidR="004F3A74" w:rsidRDefault="00000000">
            <w:pPr>
              <w:spacing w:after="0"/>
            </w:pPr>
            <w:r>
              <w:rPr>
                <w:rFonts w:eastAsia="Calibri"/>
                <w:sz w:val="17"/>
              </w:rPr>
              <w:t>doctorCode</w:t>
            </w:r>
          </w:p>
        </w:tc>
        <w:tc>
          <w:tcPr>
            <w:tcW w:w="1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7EBB3A9" w14:textId="77777777" w:rsidR="004F3A74" w:rsidRDefault="00000000">
            <w:pPr>
              <w:spacing w:after="0"/>
            </w:pPr>
            <w:r>
              <w:rPr>
                <w:rFonts w:eastAsia="Calibri"/>
                <w:sz w:val="17"/>
              </w:rPr>
              <w:t>Path</w:t>
            </w:r>
          </w:p>
        </w:tc>
        <w:tc>
          <w:tcPr>
            <w:tcW w:w="12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48581B0F" w14:textId="77777777" w:rsidR="004F3A74" w:rsidRDefault="00000000">
            <w:pPr>
              <w:spacing w:after="0"/>
            </w:pPr>
            <w:r>
              <w:rPr>
                <w:rFonts w:eastAsia="Calibri"/>
                <w:sz w:val="17"/>
              </w:rPr>
              <w:t>Có</w:t>
            </w:r>
          </w:p>
        </w:tc>
        <w:tc>
          <w:tcPr>
            <w:tcW w:w="47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712DEEB" w14:textId="77777777" w:rsidR="004F3A74" w:rsidRDefault="00000000">
            <w:pPr>
              <w:spacing w:after="0"/>
            </w:pPr>
            <w:r>
              <w:rPr>
                <w:rFonts w:eastAsia="Calibri"/>
                <w:sz w:val="17"/>
              </w:rPr>
              <w:t>Mã bác sĩ lấy từ API 1</w:t>
            </w:r>
          </w:p>
        </w:tc>
      </w:tr>
      <w:tr w:rsidR="004F3A74" w14:paraId="3D58DB89" w14:textId="77777777">
        <w:tc>
          <w:tcPr>
            <w:tcW w:w="20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1FFDCB8" w14:textId="77777777" w:rsidR="004F3A74" w:rsidRDefault="00000000">
            <w:pPr>
              <w:spacing w:after="0"/>
            </w:pPr>
            <w:r>
              <w:rPr>
                <w:rFonts w:eastAsia="Calibri"/>
                <w:sz w:val="17"/>
              </w:rPr>
              <w:t>fromDate</w:t>
            </w:r>
          </w:p>
        </w:tc>
        <w:tc>
          <w:tcPr>
            <w:tcW w:w="1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FC34B92" w14:textId="77777777" w:rsidR="004F3A74" w:rsidRDefault="00000000">
            <w:pPr>
              <w:spacing w:after="0"/>
            </w:pPr>
            <w:r>
              <w:rPr>
                <w:rFonts w:eastAsia="Calibri"/>
                <w:sz w:val="17"/>
              </w:rPr>
              <w:t>Query</w:t>
            </w:r>
          </w:p>
        </w:tc>
        <w:tc>
          <w:tcPr>
            <w:tcW w:w="12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4236F9E1" w14:textId="77777777" w:rsidR="004F3A74" w:rsidRDefault="00000000">
            <w:pPr>
              <w:spacing w:after="0"/>
            </w:pPr>
            <w:r>
              <w:rPr>
                <w:rFonts w:eastAsia="Calibri"/>
                <w:sz w:val="17"/>
              </w:rPr>
              <w:t>Không</w:t>
            </w:r>
          </w:p>
        </w:tc>
        <w:tc>
          <w:tcPr>
            <w:tcW w:w="47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521CFE69" w14:textId="77777777" w:rsidR="004F3A74" w:rsidRDefault="00000000">
            <w:pPr>
              <w:spacing w:after="0"/>
            </w:pPr>
            <w:r>
              <w:rPr>
                <w:rFonts w:eastAsia="Calibri"/>
                <w:sz w:val="17"/>
              </w:rPr>
              <w:t>yyyy-MM-dd; mặc định ngày hiện tại</w:t>
            </w:r>
          </w:p>
        </w:tc>
      </w:tr>
      <w:tr w:rsidR="004F3A74" w14:paraId="390F1BDE" w14:textId="77777777">
        <w:tc>
          <w:tcPr>
            <w:tcW w:w="20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4EAE4FF" w14:textId="77777777" w:rsidR="004F3A74" w:rsidRDefault="00000000">
            <w:pPr>
              <w:spacing w:after="0"/>
            </w:pPr>
            <w:r>
              <w:rPr>
                <w:rFonts w:eastAsia="Calibri"/>
                <w:sz w:val="17"/>
              </w:rPr>
              <w:t>toDate</w:t>
            </w:r>
          </w:p>
        </w:tc>
        <w:tc>
          <w:tcPr>
            <w:tcW w:w="1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25FD664" w14:textId="77777777" w:rsidR="004F3A74" w:rsidRDefault="00000000">
            <w:pPr>
              <w:spacing w:after="0"/>
            </w:pPr>
            <w:r>
              <w:rPr>
                <w:rFonts w:eastAsia="Calibri"/>
                <w:sz w:val="17"/>
              </w:rPr>
              <w:t>Query</w:t>
            </w:r>
          </w:p>
        </w:tc>
        <w:tc>
          <w:tcPr>
            <w:tcW w:w="12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1B0864F" w14:textId="77777777" w:rsidR="004F3A74" w:rsidRDefault="00000000">
            <w:pPr>
              <w:spacing w:after="0"/>
            </w:pPr>
            <w:r>
              <w:rPr>
                <w:rFonts w:eastAsia="Calibri"/>
                <w:sz w:val="17"/>
              </w:rPr>
              <w:t>Không</w:t>
            </w:r>
          </w:p>
        </w:tc>
        <w:tc>
          <w:tcPr>
            <w:tcW w:w="47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C1D3F37" w14:textId="77777777" w:rsidR="004F3A74" w:rsidRDefault="00000000">
            <w:pPr>
              <w:spacing w:after="0"/>
            </w:pPr>
            <w:r>
              <w:rPr>
                <w:rFonts w:eastAsia="Calibri"/>
                <w:sz w:val="17"/>
              </w:rPr>
              <w:t>yyyy-MM-dd; mặc định fromDate + 14 ngày</w:t>
            </w:r>
          </w:p>
        </w:tc>
      </w:tr>
    </w:tbl>
    <w:p w14:paraId="13ACDA02" w14:textId="77777777" w:rsidR="004F3A74" w:rsidRDefault="004F3A74">
      <w:pPr>
        <w:spacing w:line="20" w:lineRule="exact"/>
      </w:pPr>
    </w:p>
    <w:tbl>
      <w:tblPr>
        <w:tblW w:w="9360" w:type="dxa"/>
        <w:tblInd w:w="120" w:type="dxa"/>
        <w:tblLayout w:type="fixed"/>
        <w:tblLook w:val="04A0" w:firstRow="1" w:lastRow="0" w:firstColumn="1" w:lastColumn="0" w:noHBand="0" w:noVBand="1"/>
      </w:tblPr>
      <w:tblGrid>
        <w:gridCol w:w="9360"/>
      </w:tblGrid>
      <w:tr w:rsidR="004F3A74" w14:paraId="15AFC173" w14:textId="77777777">
        <w:tc>
          <w:tcPr>
            <w:tcW w:w="9360" w:type="dxa"/>
            <w:tcBorders>
              <w:top w:val="single" w:sz="5" w:space="0" w:color="163A5F"/>
              <w:left w:val="single" w:sz="5" w:space="0" w:color="163A5F"/>
              <w:bottom w:val="single" w:sz="5" w:space="0" w:color="163A5F"/>
              <w:right w:val="single" w:sz="5" w:space="0" w:color="163A5F"/>
            </w:tcBorders>
            <w:shd w:val="clear" w:color="auto" w:fill="163A5F"/>
            <w:tcMar>
              <w:top w:w="55" w:type="dxa"/>
              <w:left w:w="140" w:type="dxa"/>
              <w:bottom w:w="55" w:type="dxa"/>
              <w:right w:w="140" w:type="dxa"/>
            </w:tcMar>
          </w:tcPr>
          <w:p w14:paraId="693447B4" w14:textId="77777777" w:rsidR="004F3A74" w:rsidRDefault="00000000">
            <w:pPr>
              <w:spacing w:after="0"/>
            </w:pPr>
            <w:r>
              <w:rPr>
                <w:rFonts w:eastAsia="Calibri"/>
                <w:b/>
                <w:color w:val="FFFFFF"/>
                <w:sz w:val="16"/>
              </w:rPr>
              <w:t>REQUEST  ·  HTTP</w:t>
            </w:r>
          </w:p>
        </w:tc>
      </w:tr>
      <w:tr w:rsidR="004F3A74" w14:paraId="2ED4C0D0" w14:textId="77777777">
        <w:tc>
          <w:tcPr>
            <w:tcW w:w="9360" w:type="dxa"/>
            <w:tcBorders>
              <w:top w:val="single" w:sz="5" w:space="0" w:color="163A5F"/>
              <w:left w:val="single" w:sz="5" w:space="0" w:color="163A5F"/>
              <w:bottom w:val="single" w:sz="5" w:space="0" w:color="163A5F"/>
              <w:right w:val="single" w:sz="5" w:space="0" w:color="163A5F"/>
            </w:tcBorders>
            <w:shd w:val="clear" w:color="auto" w:fill="F7F9FC"/>
            <w:tcMar>
              <w:top w:w="120" w:type="dxa"/>
              <w:left w:w="150" w:type="dxa"/>
              <w:bottom w:w="120" w:type="dxa"/>
              <w:right w:w="150" w:type="dxa"/>
            </w:tcMar>
          </w:tcPr>
          <w:p w14:paraId="129D1253" w14:textId="77777777" w:rsidR="004F3A74" w:rsidRDefault="00000000">
            <w:pPr>
              <w:spacing w:after="0" w:line="240" w:lineRule="auto"/>
            </w:pPr>
            <w:r>
              <w:rPr>
                <w:rFonts w:ascii="Consolas" w:eastAsia="Consolas" w:hAnsi="Consolas"/>
                <w:sz w:val="17"/>
              </w:rPr>
              <w:t>GET {{baseUrl}}/api/app/his/doctors/BS001/work-schedule-days?fromDate=2026-07-28&amp;toDate=2026-08-11</w:t>
            </w:r>
            <w:r>
              <w:rPr>
                <w:rFonts w:ascii="Consolas" w:eastAsia="Consolas" w:hAnsi="Consolas"/>
                <w:sz w:val="17"/>
              </w:rPr>
              <w:br/>
              <w:t>Authorization: Bearer {{accessToken}}</w:t>
            </w:r>
            <w:r>
              <w:rPr>
                <w:rFonts w:ascii="Consolas" w:eastAsia="Consolas" w:hAnsi="Consolas"/>
                <w:sz w:val="17"/>
              </w:rPr>
              <w:br/>
              <w:t>__tenant: {{tenantId}}</w:t>
            </w:r>
          </w:p>
        </w:tc>
      </w:tr>
    </w:tbl>
    <w:p w14:paraId="32F5AA0E" w14:textId="77777777" w:rsidR="004F3A74" w:rsidRDefault="004F3A74">
      <w:pPr>
        <w:spacing w:line="20" w:lineRule="exact"/>
      </w:pPr>
    </w:p>
    <w:tbl>
      <w:tblPr>
        <w:tblW w:w="9360" w:type="dxa"/>
        <w:tblInd w:w="120" w:type="dxa"/>
        <w:tblLayout w:type="fixed"/>
        <w:tblLook w:val="04A0" w:firstRow="1" w:lastRow="0" w:firstColumn="1" w:lastColumn="0" w:noHBand="0" w:noVBand="1"/>
      </w:tblPr>
      <w:tblGrid>
        <w:gridCol w:w="9360"/>
      </w:tblGrid>
      <w:tr w:rsidR="004F3A74" w14:paraId="5BFD9BA7" w14:textId="77777777">
        <w:tc>
          <w:tcPr>
            <w:tcW w:w="9360" w:type="dxa"/>
            <w:tcBorders>
              <w:top w:val="single" w:sz="5" w:space="0" w:color="163A5F"/>
              <w:left w:val="single" w:sz="5" w:space="0" w:color="163A5F"/>
              <w:bottom w:val="single" w:sz="5" w:space="0" w:color="163A5F"/>
              <w:right w:val="single" w:sz="5" w:space="0" w:color="163A5F"/>
            </w:tcBorders>
            <w:shd w:val="clear" w:color="auto" w:fill="163A5F"/>
            <w:tcMar>
              <w:top w:w="55" w:type="dxa"/>
              <w:left w:w="140" w:type="dxa"/>
              <w:bottom w:w="55" w:type="dxa"/>
              <w:right w:w="140" w:type="dxa"/>
            </w:tcMar>
          </w:tcPr>
          <w:p w14:paraId="1589A14C" w14:textId="77777777" w:rsidR="004F3A74" w:rsidRDefault="00000000">
            <w:pPr>
              <w:spacing w:after="0"/>
            </w:pPr>
            <w:r>
              <w:rPr>
                <w:rFonts w:eastAsia="Calibri"/>
                <w:b/>
                <w:color w:val="FFFFFF"/>
                <w:sz w:val="16"/>
              </w:rPr>
              <w:t>RESPONSE 200  ·  JSON</w:t>
            </w:r>
          </w:p>
        </w:tc>
      </w:tr>
      <w:tr w:rsidR="004F3A74" w14:paraId="3273D71B" w14:textId="77777777">
        <w:tc>
          <w:tcPr>
            <w:tcW w:w="9360" w:type="dxa"/>
            <w:tcBorders>
              <w:top w:val="single" w:sz="5" w:space="0" w:color="163A5F"/>
              <w:left w:val="single" w:sz="5" w:space="0" w:color="163A5F"/>
              <w:bottom w:val="single" w:sz="5" w:space="0" w:color="163A5F"/>
              <w:right w:val="single" w:sz="5" w:space="0" w:color="163A5F"/>
            </w:tcBorders>
            <w:shd w:val="clear" w:color="auto" w:fill="F7F9FC"/>
            <w:tcMar>
              <w:top w:w="120" w:type="dxa"/>
              <w:left w:w="150" w:type="dxa"/>
              <w:bottom w:w="120" w:type="dxa"/>
              <w:right w:w="150" w:type="dxa"/>
            </w:tcMar>
          </w:tcPr>
          <w:p w14:paraId="2B49349B" w14:textId="77777777" w:rsidR="004F3A74" w:rsidRDefault="00000000">
            <w:pPr>
              <w:spacing w:after="0" w:line="240" w:lineRule="auto"/>
            </w:pPr>
            <w:r>
              <w:rPr>
                <w:rFonts w:ascii="Consolas" w:eastAsia="Consolas" w:hAnsi="Consolas"/>
                <w:sz w:val="17"/>
              </w:rPr>
              <w:t>{</w:t>
            </w:r>
            <w:r>
              <w:rPr>
                <w:rFonts w:ascii="Consolas" w:eastAsia="Consolas" w:hAnsi="Consolas"/>
                <w:sz w:val="17"/>
              </w:rPr>
              <w:br/>
              <w:t xml:space="preserve">  "success": true,</w:t>
            </w:r>
            <w:r>
              <w:rPr>
                <w:rFonts w:ascii="Consolas" w:eastAsia="Consolas" w:hAnsi="Consolas"/>
                <w:sz w:val="17"/>
              </w:rPr>
              <w:br/>
              <w:t xml:space="preserve">  "statusCode": 200,</w:t>
            </w:r>
            <w:r>
              <w:rPr>
                <w:rFonts w:ascii="Consolas" w:eastAsia="Consolas" w:hAnsi="Consolas"/>
                <w:sz w:val="17"/>
              </w:rPr>
              <w:br/>
              <w:t xml:space="preserve">  "data": {</w:t>
            </w:r>
            <w:r>
              <w:rPr>
                <w:rFonts w:ascii="Consolas" w:eastAsia="Consolas" w:hAnsi="Consolas"/>
                <w:sz w:val="17"/>
              </w:rPr>
              <w:br/>
              <w:t xml:space="preserve">    "doctorId": "655a3bf5-6462-4e76-a4bc-76275193944f",</w:t>
            </w:r>
            <w:r>
              <w:rPr>
                <w:rFonts w:ascii="Consolas" w:eastAsia="Consolas" w:hAnsi="Consolas"/>
                <w:sz w:val="17"/>
              </w:rPr>
              <w:br/>
              <w:t xml:space="preserve">    "doctorCode": "BS001",</w:t>
            </w:r>
            <w:r>
              <w:rPr>
                <w:rFonts w:ascii="Consolas" w:eastAsia="Consolas" w:hAnsi="Consolas"/>
                <w:sz w:val="17"/>
              </w:rPr>
              <w:br/>
              <w:t xml:space="preserve">    "fromDate": "2026-07-28",</w:t>
            </w:r>
            <w:r>
              <w:rPr>
                <w:rFonts w:ascii="Consolas" w:eastAsia="Consolas" w:hAnsi="Consolas"/>
                <w:sz w:val="17"/>
              </w:rPr>
              <w:br/>
              <w:t xml:space="preserve">    "toDate": "2026-08-11",</w:t>
            </w:r>
            <w:r>
              <w:rPr>
                <w:rFonts w:ascii="Consolas" w:eastAsia="Consolas" w:hAnsi="Consolas"/>
                <w:sz w:val="17"/>
              </w:rPr>
              <w:br/>
              <w:t xml:space="preserve">    "days": [</w:t>
            </w:r>
            <w:r>
              <w:rPr>
                <w:rFonts w:ascii="Consolas" w:eastAsia="Consolas" w:hAnsi="Consolas"/>
                <w:sz w:val="17"/>
              </w:rPr>
              <w:br/>
              <w:t xml:space="preserve">      {</w:t>
            </w:r>
            <w:r>
              <w:rPr>
                <w:rFonts w:ascii="Consolas" w:eastAsia="Consolas" w:hAnsi="Consolas"/>
                <w:sz w:val="17"/>
              </w:rPr>
              <w:br/>
              <w:t xml:space="preserve">        "date": "2026-07-28",</w:t>
            </w:r>
            <w:r>
              <w:rPr>
                <w:rFonts w:ascii="Consolas" w:eastAsia="Consolas" w:hAnsi="Consolas"/>
                <w:sz w:val="17"/>
              </w:rPr>
              <w:br/>
              <w:t xml:space="preserve">        "dayOfWeek": 3</w:t>
            </w:r>
            <w:r>
              <w:rPr>
                <w:rFonts w:ascii="Consolas" w:eastAsia="Consolas" w:hAnsi="Consolas"/>
                <w:sz w:val="17"/>
              </w:rPr>
              <w:br/>
              <w:t xml:space="preserve">      },</w:t>
            </w:r>
            <w:r>
              <w:rPr>
                <w:rFonts w:ascii="Consolas" w:eastAsia="Consolas" w:hAnsi="Consolas"/>
                <w:sz w:val="17"/>
              </w:rPr>
              <w:br/>
              <w:t xml:space="preserve">      {</w:t>
            </w:r>
            <w:r>
              <w:rPr>
                <w:rFonts w:ascii="Consolas" w:eastAsia="Consolas" w:hAnsi="Consolas"/>
                <w:sz w:val="17"/>
              </w:rPr>
              <w:br/>
              <w:t xml:space="preserve">        "date": "2026-07-30",</w:t>
            </w:r>
            <w:r>
              <w:rPr>
                <w:rFonts w:ascii="Consolas" w:eastAsia="Consolas" w:hAnsi="Consolas"/>
                <w:sz w:val="17"/>
              </w:rPr>
              <w:br/>
              <w:t xml:space="preserve">        "dayOfWeek": 5</w:t>
            </w:r>
            <w:r>
              <w:rPr>
                <w:rFonts w:ascii="Consolas" w:eastAsia="Consolas" w:hAnsi="Consolas"/>
                <w:sz w:val="17"/>
              </w:rPr>
              <w:br/>
              <w:t xml:space="preserve">      }</w:t>
            </w:r>
            <w:r>
              <w:rPr>
                <w:rFonts w:ascii="Consolas" w:eastAsia="Consolas" w:hAnsi="Consolas"/>
                <w:sz w:val="17"/>
              </w:rPr>
              <w:br/>
              <w:t xml:space="preserve">    ]</w:t>
            </w:r>
            <w:r>
              <w:rPr>
                <w:rFonts w:ascii="Consolas" w:eastAsia="Consolas" w:hAnsi="Consolas"/>
                <w:sz w:val="17"/>
              </w:rPr>
              <w:br/>
              <w:t xml:space="preserve">  },</w:t>
            </w:r>
            <w:r>
              <w:rPr>
                <w:rFonts w:ascii="Consolas" w:eastAsia="Consolas" w:hAnsi="Consolas"/>
                <w:sz w:val="17"/>
              </w:rPr>
              <w:br/>
              <w:t xml:space="preserve">  "timestamp": "2026-07-28T10:00:00+07:00"</w:t>
            </w:r>
            <w:r>
              <w:rPr>
                <w:rFonts w:ascii="Consolas" w:eastAsia="Consolas" w:hAnsi="Consolas"/>
                <w:sz w:val="17"/>
              </w:rPr>
              <w:br/>
              <w:t>}</w:t>
            </w:r>
          </w:p>
        </w:tc>
      </w:tr>
    </w:tbl>
    <w:p w14:paraId="210FF483" w14:textId="77777777" w:rsidR="004F3A74" w:rsidRDefault="004F3A74">
      <w:pPr>
        <w:spacing w:line="20" w:lineRule="exact"/>
      </w:pPr>
    </w:p>
    <w:p w14:paraId="7C2406ED" w14:textId="77777777" w:rsidR="004F3A74" w:rsidRDefault="00000000">
      <w:r>
        <w:br w:type="page"/>
      </w:r>
    </w:p>
    <w:p w14:paraId="0D2A9AED" w14:textId="77777777" w:rsidR="004F3A74" w:rsidRDefault="00000000">
      <w:pPr>
        <w:pStyle w:val="Heading2"/>
      </w:pPr>
      <w:r>
        <w:lastRenderedPageBreak/>
        <w:t>3.1 Response field</w:t>
      </w:r>
    </w:p>
    <w:tbl>
      <w:tblPr>
        <w:tblW w:w="9360" w:type="dxa"/>
        <w:tblInd w:w="120" w:type="dxa"/>
        <w:tblLayout w:type="fixed"/>
        <w:tblLook w:val="04A0" w:firstRow="1" w:lastRow="0" w:firstColumn="1" w:lastColumn="0" w:noHBand="0" w:noVBand="1"/>
      </w:tblPr>
      <w:tblGrid>
        <w:gridCol w:w="3300"/>
        <w:gridCol w:w="1600"/>
        <w:gridCol w:w="4460"/>
      </w:tblGrid>
      <w:tr w:rsidR="004F3A74" w14:paraId="2552AFA4" w14:textId="77777777">
        <w:trPr>
          <w:tblHeader/>
        </w:trPr>
        <w:tc>
          <w:tcPr>
            <w:tcW w:w="33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36862E12" w14:textId="77777777" w:rsidR="004F3A74" w:rsidRDefault="00000000">
            <w:pPr>
              <w:spacing w:after="0"/>
            </w:pPr>
            <w:r>
              <w:rPr>
                <w:rFonts w:eastAsia="Calibri"/>
                <w:b/>
                <w:sz w:val="17"/>
              </w:rPr>
              <w:t>Field</w:t>
            </w:r>
          </w:p>
        </w:tc>
        <w:tc>
          <w:tcPr>
            <w:tcW w:w="16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54A23650" w14:textId="77777777" w:rsidR="004F3A74" w:rsidRDefault="00000000">
            <w:pPr>
              <w:spacing w:after="0"/>
            </w:pPr>
            <w:r>
              <w:rPr>
                <w:rFonts w:eastAsia="Calibri"/>
                <w:b/>
                <w:sz w:val="17"/>
              </w:rPr>
              <w:t>Kiểu</w:t>
            </w:r>
          </w:p>
        </w:tc>
        <w:tc>
          <w:tcPr>
            <w:tcW w:w="446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6E0A89BB" w14:textId="77777777" w:rsidR="004F3A74" w:rsidRDefault="00000000">
            <w:pPr>
              <w:spacing w:after="0"/>
            </w:pPr>
            <w:r>
              <w:rPr>
                <w:rFonts w:eastAsia="Calibri"/>
                <w:b/>
                <w:sz w:val="17"/>
              </w:rPr>
              <w:t>Mô tả</w:t>
            </w:r>
          </w:p>
        </w:tc>
      </w:tr>
      <w:tr w:rsidR="004F3A74" w14:paraId="25F83AAB" w14:textId="77777777">
        <w:tc>
          <w:tcPr>
            <w:tcW w:w="33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028DED9" w14:textId="77777777" w:rsidR="004F3A74" w:rsidRDefault="00000000">
            <w:pPr>
              <w:spacing w:after="0"/>
            </w:pPr>
            <w:r>
              <w:rPr>
                <w:rFonts w:eastAsia="Calibri"/>
                <w:sz w:val="17"/>
              </w:rPr>
              <w:t>data.doctorId</w:t>
            </w:r>
          </w:p>
        </w:tc>
        <w:tc>
          <w:tcPr>
            <w:tcW w:w="16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AFA147B" w14:textId="77777777" w:rsidR="004F3A74" w:rsidRDefault="00000000">
            <w:pPr>
              <w:spacing w:after="0"/>
            </w:pPr>
            <w:r>
              <w:rPr>
                <w:rFonts w:eastAsia="Calibri"/>
                <w:sz w:val="17"/>
              </w:rPr>
              <w:t>uuid</w:t>
            </w:r>
          </w:p>
        </w:tc>
        <w:tc>
          <w:tcPr>
            <w:tcW w:w="44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6F09105" w14:textId="77777777" w:rsidR="004F3A74" w:rsidRDefault="00000000">
            <w:pPr>
              <w:spacing w:after="0"/>
            </w:pPr>
            <w:r>
              <w:rPr>
                <w:rFonts w:eastAsia="Calibri"/>
                <w:sz w:val="17"/>
              </w:rPr>
              <w:t>Định danh bác sĩ.</w:t>
            </w:r>
          </w:p>
        </w:tc>
      </w:tr>
      <w:tr w:rsidR="004F3A74" w14:paraId="48ECFAD1" w14:textId="77777777">
        <w:tc>
          <w:tcPr>
            <w:tcW w:w="33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EEF8165" w14:textId="77777777" w:rsidR="004F3A74" w:rsidRDefault="00000000">
            <w:pPr>
              <w:spacing w:after="0"/>
            </w:pPr>
            <w:r>
              <w:rPr>
                <w:rFonts w:eastAsia="Calibri"/>
                <w:sz w:val="17"/>
              </w:rPr>
              <w:t>data.doctorCode</w:t>
            </w:r>
          </w:p>
        </w:tc>
        <w:tc>
          <w:tcPr>
            <w:tcW w:w="16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543E047" w14:textId="77777777" w:rsidR="004F3A74" w:rsidRDefault="00000000">
            <w:pPr>
              <w:spacing w:after="0"/>
            </w:pPr>
            <w:r>
              <w:rPr>
                <w:rFonts w:eastAsia="Calibri"/>
                <w:sz w:val="17"/>
              </w:rPr>
              <w:t>string</w:t>
            </w:r>
          </w:p>
        </w:tc>
        <w:tc>
          <w:tcPr>
            <w:tcW w:w="44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7FFBC71" w14:textId="77777777" w:rsidR="004F3A74" w:rsidRDefault="00000000">
            <w:pPr>
              <w:spacing w:after="0"/>
            </w:pPr>
            <w:r>
              <w:rPr>
                <w:rFonts w:eastAsia="Calibri"/>
                <w:sz w:val="17"/>
              </w:rPr>
              <w:t>Mã bác sĩ đã truy vấn.</w:t>
            </w:r>
          </w:p>
        </w:tc>
      </w:tr>
      <w:tr w:rsidR="004F3A74" w14:paraId="7925546D" w14:textId="77777777">
        <w:tc>
          <w:tcPr>
            <w:tcW w:w="33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465EED81" w14:textId="77777777" w:rsidR="004F3A74" w:rsidRDefault="00000000">
            <w:pPr>
              <w:spacing w:after="0"/>
            </w:pPr>
            <w:r>
              <w:rPr>
                <w:rFonts w:eastAsia="Calibri"/>
                <w:sz w:val="17"/>
              </w:rPr>
              <w:t>data.fromDate / data.toDate</w:t>
            </w:r>
          </w:p>
        </w:tc>
        <w:tc>
          <w:tcPr>
            <w:tcW w:w="16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42CA55F0" w14:textId="77777777" w:rsidR="004F3A74" w:rsidRDefault="00000000">
            <w:pPr>
              <w:spacing w:after="0"/>
            </w:pPr>
            <w:r>
              <w:rPr>
                <w:rFonts w:eastAsia="Calibri"/>
                <w:sz w:val="17"/>
              </w:rPr>
              <w:t>string</w:t>
            </w:r>
          </w:p>
        </w:tc>
        <w:tc>
          <w:tcPr>
            <w:tcW w:w="44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74FBD7D" w14:textId="77777777" w:rsidR="004F3A74" w:rsidRDefault="00000000">
            <w:pPr>
              <w:spacing w:after="0"/>
            </w:pPr>
            <w:r>
              <w:rPr>
                <w:rFonts w:eastAsia="Calibri"/>
                <w:sz w:val="17"/>
              </w:rPr>
              <w:t>Khoảng ngày phản hồi.</w:t>
            </w:r>
          </w:p>
        </w:tc>
      </w:tr>
      <w:tr w:rsidR="004F3A74" w14:paraId="724DB9F3" w14:textId="77777777">
        <w:tc>
          <w:tcPr>
            <w:tcW w:w="33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824C8A5" w14:textId="77777777" w:rsidR="004F3A74" w:rsidRDefault="00000000">
            <w:pPr>
              <w:spacing w:after="0"/>
            </w:pPr>
            <w:r>
              <w:rPr>
                <w:rFonts w:eastAsia="Calibri"/>
                <w:sz w:val="17"/>
              </w:rPr>
              <w:t>data.days</w:t>
            </w:r>
          </w:p>
        </w:tc>
        <w:tc>
          <w:tcPr>
            <w:tcW w:w="16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6321CE9" w14:textId="77777777" w:rsidR="004F3A74" w:rsidRDefault="00000000">
            <w:pPr>
              <w:spacing w:after="0"/>
            </w:pPr>
            <w:r>
              <w:rPr>
                <w:rFonts w:eastAsia="Calibri"/>
                <w:sz w:val="17"/>
              </w:rPr>
              <w:t>array</w:t>
            </w:r>
          </w:p>
        </w:tc>
        <w:tc>
          <w:tcPr>
            <w:tcW w:w="44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B8BEE9C" w14:textId="77777777" w:rsidR="004F3A74" w:rsidRDefault="00000000">
            <w:pPr>
              <w:spacing w:after="0"/>
            </w:pPr>
            <w:r>
              <w:rPr>
                <w:rFonts w:eastAsia="Calibri"/>
                <w:sz w:val="17"/>
              </w:rPr>
              <w:t>Các ngày còn lịch khả dụng.</w:t>
            </w:r>
          </w:p>
        </w:tc>
      </w:tr>
      <w:tr w:rsidR="004F3A74" w14:paraId="0262D93D" w14:textId="77777777">
        <w:tc>
          <w:tcPr>
            <w:tcW w:w="33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AE3930B" w14:textId="77777777" w:rsidR="004F3A74" w:rsidRDefault="00000000">
            <w:pPr>
              <w:spacing w:after="0"/>
            </w:pPr>
            <w:r>
              <w:rPr>
                <w:rFonts w:eastAsia="Calibri"/>
                <w:sz w:val="17"/>
              </w:rPr>
              <w:t>data.days[].date</w:t>
            </w:r>
          </w:p>
        </w:tc>
        <w:tc>
          <w:tcPr>
            <w:tcW w:w="16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78CD8E5" w14:textId="77777777" w:rsidR="004F3A74" w:rsidRDefault="00000000">
            <w:pPr>
              <w:spacing w:after="0"/>
            </w:pPr>
            <w:r>
              <w:rPr>
                <w:rFonts w:eastAsia="Calibri"/>
                <w:sz w:val="17"/>
              </w:rPr>
              <w:t>string</w:t>
            </w:r>
          </w:p>
        </w:tc>
        <w:tc>
          <w:tcPr>
            <w:tcW w:w="44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169C977" w14:textId="77777777" w:rsidR="004F3A74" w:rsidRDefault="00000000">
            <w:pPr>
              <w:spacing w:after="0"/>
            </w:pPr>
            <w:r>
              <w:rPr>
                <w:rFonts w:eastAsia="Calibri"/>
                <w:sz w:val="17"/>
              </w:rPr>
              <w:t>Ngày làm việc, yyyy-MM-dd.</w:t>
            </w:r>
          </w:p>
        </w:tc>
      </w:tr>
      <w:tr w:rsidR="004F3A74" w14:paraId="62FC9EEA" w14:textId="77777777">
        <w:tc>
          <w:tcPr>
            <w:tcW w:w="33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534A824" w14:textId="77777777" w:rsidR="004F3A74" w:rsidRDefault="00000000">
            <w:pPr>
              <w:spacing w:after="0"/>
            </w:pPr>
            <w:r>
              <w:rPr>
                <w:rFonts w:eastAsia="Calibri"/>
                <w:sz w:val="17"/>
              </w:rPr>
              <w:t>data.days[].dayOfWeek</w:t>
            </w:r>
          </w:p>
        </w:tc>
        <w:tc>
          <w:tcPr>
            <w:tcW w:w="16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02342A5" w14:textId="77777777" w:rsidR="004F3A74" w:rsidRDefault="00000000">
            <w:pPr>
              <w:spacing w:after="0"/>
            </w:pPr>
            <w:r>
              <w:rPr>
                <w:rFonts w:eastAsia="Calibri"/>
                <w:sz w:val="17"/>
              </w:rPr>
              <w:t>number</w:t>
            </w:r>
          </w:p>
        </w:tc>
        <w:tc>
          <w:tcPr>
            <w:tcW w:w="44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3C0B56C" w14:textId="77777777" w:rsidR="004F3A74" w:rsidRDefault="00000000">
            <w:pPr>
              <w:spacing w:after="0"/>
            </w:pPr>
            <w:r>
              <w:rPr>
                <w:rFonts w:eastAsia="Calibri"/>
                <w:sz w:val="17"/>
              </w:rPr>
              <w:t>Chủ nhật=1, Thứ hai=2, ..., Thứ bảy=7.</w:t>
            </w:r>
          </w:p>
        </w:tc>
      </w:tr>
    </w:tbl>
    <w:p w14:paraId="10695712" w14:textId="77777777" w:rsidR="004F3A74" w:rsidRDefault="004F3A74">
      <w:pPr>
        <w:spacing w:line="20" w:lineRule="exact"/>
      </w:pPr>
    </w:p>
    <w:tbl>
      <w:tblPr>
        <w:tblW w:w="9360" w:type="dxa"/>
        <w:tblInd w:w="120" w:type="dxa"/>
        <w:tblLayout w:type="fixed"/>
        <w:tblLook w:val="04A0" w:firstRow="1" w:lastRow="0" w:firstColumn="1" w:lastColumn="0" w:noHBand="0" w:noVBand="1"/>
      </w:tblPr>
      <w:tblGrid>
        <w:gridCol w:w="9360"/>
      </w:tblGrid>
      <w:tr w:rsidR="004F3A74" w14:paraId="48F0912D" w14:textId="77777777">
        <w:tc>
          <w:tcPr>
            <w:tcW w:w="9360" w:type="dxa"/>
            <w:tcBorders>
              <w:top w:val="single" w:sz="3" w:space="0" w:color="C9D3DF"/>
              <w:left w:val="single" w:sz="18" w:space="0" w:color="2E74B5"/>
              <w:bottom w:val="single" w:sz="3" w:space="0" w:color="C9D3DF"/>
              <w:right w:val="single" w:sz="3" w:space="0" w:color="C9D3DF"/>
            </w:tcBorders>
            <w:shd w:val="clear" w:color="auto" w:fill="F4F6F9"/>
            <w:tcMar>
              <w:top w:w="110" w:type="dxa"/>
              <w:left w:w="160" w:type="dxa"/>
              <w:bottom w:w="110" w:type="dxa"/>
              <w:right w:w="160" w:type="dxa"/>
            </w:tcMar>
          </w:tcPr>
          <w:p w14:paraId="343DFBC5" w14:textId="77777777" w:rsidR="004F3A74" w:rsidRDefault="00000000">
            <w:pPr>
              <w:spacing w:after="40"/>
            </w:pPr>
            <w:r>
              <w:rPr>
                <w:rFonts w:eastAsia="Calibri"/>
                <w:b/>
                <w:color w:val="2E74B5"/>
                <w:sz w:val="17"/>
              </w:rPr>
              <w:t>DIỄN GIẢI DAY OF WEEK</w:t>
            </w:r>
            <w:r>
              <w:rPr>
                <w:rFonts w:eastAsia="Calibri"/>
                <w:b/>
                <w:color w:val="2E74B5"/>
                <w:sz w:val="17"/>
              </w:rPr>
              <w:br/>
            </w:r>
            <w:r>
              <w:rPr>
                <w:rFonts w:eastAsia="Calibri"/>
                <w:sz w:val="19"/>
              </w:rPr>
              <w:t>1 = Chủ nhật; 2 = Thứ hai; 3 = Thứ ba; 4 = Thứ tư; 5 = Thứ năm; 6 = Thứ sáu; 7 = Thứ bảy.</w:t>
            </w:r>
          </w:p>
        </w:tc>
      </w:tr>
    </w:tbl>
    <w:p w14:paraId="4FFE58AB" w14:textId="77777777" w:rsidR="004F3A74" w:rsidRDefault="004F3A74">
      <w:pPr>
        <w:spacing w:line="20" w:lineRule="exact"/>
      </w:pPr>
    </w:p>
    <w:p w14:paraId="6B9C727B" w14:textId="77777777" w:rsidR="004F3A74" w:rsidRDefault="00000000">
      <w:pPr>
        <w:pStyle w:val="Heading2"/>
      </w:pPr>
      <w:r>
        <w:t>3.2 Lưu ý khi sử dụng response</w:t>
      </w:r>
    </w:p>
    <w:p w14:paraId="6BE0DB22" w14:textId="77777777" w:rsidR="004F3A74" w:rsidRDefault="00000000">
      <w:pPr>
        <w:numPr>
          <w:ilvl w:val="0"/>
          <w:numId w:val="12"/>
        </w:numPr>
      </w:pPr>
      <w:r>
        <w:rPr>
          <w:rFonts w:eastAsia="Calibri"/>
          <w:sz w:val="21"/>
        </w:rPr>
        <w:t>days chỉ chứa các ngày còn ít nhất một lịch khả dụng tại thời điểm gọi API.</w:t>
      </w:r>
    </w:p>
    <w:p w14:paraId="2C438A55" w14:textId="77777777" w:rsidR="004F3A74" w:rsidRDefault="00000000">
      <w:pPr>
        <w:numPr>
          <w:ilvl w:val="0"/>
          <w:numId w:val="12"/>
        </w:numPr>
      </w:pPr>
      <w:r>
        <w:rPr>
          <w:rFonts w:eastAsia="Calibri"/>
          <w:sz w:val="21"/>
        </w:rPr>
        <w:t>Nếu days là mảng rỗng, không hiển thị ngày khám cho bác sĩ trong khoảng đã truy vấn.</w:t>
      </w:r>
    </w:p>
    <w:p w14:paraId="361EB6C5" w14:textId="77777777" w:rsidR="004F3A74" w:rsidRDefault="00000000">
      <w:pPr>
        <w:numPr>
          <w:ilvl w:val="0"/>
          <w:numId w:val="12"/>
        </w:numPr>
      </w:pPr>
      <w:r>
        <w:rPr>
          <w:rFonts w:eastAsia="Calibri"/>
          <w:sz w:val="21"/>
        </w:rPr>
        <w:t>Dùng giá trị date để xử lý nghiệp vụ; dayOfWeek chỉ phục vụ hiển thị và đối chiếu.</w:t>
      </w:r>
    </w:p>
    <w:p w14:paraId="53567FE1" w14:textId="77777777" w:rsidR="004F3A74" w:rsidRDefault="00000000">
      <w:r>
        <w:br w:type="page"/>
      </w:r>
    </w:p>
    <w:p w14:paraId="3874AC30" w14:textId="77777777" w:rsidR="004F3A74" w:rsidRDefault="00000000">
      <w:pPr>
        <w:pStyle w:val="Heading1"/>
      </w:pPr>
      <w:r>
        <w:lastRenderedPageBreak/>
        <w:t>4. Response lỗi</w:t>
      </w:r>
    </w:p>
    <w:tbl>
      <w:tblPr>
        <w:tblW w:w="9360" w:type="dxa"/>
        <w:tblInd w:w="120" w:type="dxa"/>
        <w:tblLayout w:type="fixed"/>
        <w:tblLook w:val="04A0" w:firstRow="1" w:lastRow="0" w:firstColumn="1" w:lastColumn="0" w:noHBand="0" w:noVBand="1"/>
      </w:tblPr>
      <w:tblGrid>
        <w:gridCol w:w="950"/>
        <w:gridCol w:w="4400"/>
        <w:gridCol w:w="4010"/>
      </w:tblGrid>
      <w:tr w:rsidR="004F3A74" w14:paraId="0267EE13" w14:textId="77777777">
        <w:trPr>
          <w:tblHeader/>
        </w:trPr>
        <w:tc>
          <w:tcPr>
            <w:tcW w:w="95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6EFE71EB" w14:textId="77777777" w:rsidR="004F3A74" w:rsidRDefault="00000000">
            <w:pPr>
              <w:spacing w:after="0"/>
            </w:pPr>
            <w:r>
              <w:rPr>
                <w:rFonts w:eastAsia="Calibri"/>
                <w:b/>
                <w:sz w:val="16"/>
              </w:rPr>
              <w:t>HTTP</w:t>
            </w:r>
          </w:p>
        </w:tc>
        <w:tc>
          <w:tcPr>
            <w:tcW w:w="44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32654553" w14:textId="77777777" w:rsidR="004F3A74" w:rsidRDefault="00000000">
            <w:pPr>
              <w:spacing w:after="0"/>
            </w:pPr>
            <w:r>
              <w:rPr>
                <w:rFonts w:eastAsia="Calibri"/>
                <w:b/>
                <w:sz w:val="16"/>
              </w:rPr>
              <w:t>error.code</w:t>
            </w:r>
          </w:p>
        </w:tc>
        <w:tc>
          <w:tcPr>
            <w:tcW w:w="401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72214BDA" w14:textId="77777777" w:rsidR="004F3A74" w:rsidRDefault="00000000">
            <w:pPr>
              <w:spacing w:after="0"/>
            </w:pPr>
            <w:r>
              <w:rPr>
                <w:rFonts w:eastAsia="Calibri"/>
                <w:b/>
                <w:sz w:val="16"/>
              </w:rPr>
              <w:t>Cách xử lý</w:t>
            </w:r>
          </w:p>
        </w:tc>
      </w:tr>
      <w:tr w:rsidR="004F3A74" w14:paraId="3E756759" w14:textId="77777777">
        <w:tc>
          <w:tcPr>
            <w:tcW w:w="9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824F663" w14:textId="77777777" w:rsidR="004F3A74" w:rsidRDefault="00000000">
            <w:pPr>
              <w:spacing w:after="0"/>
            </w:pPr>
            <w:r>
              <w:rPr>
                <w:rFonts w:eastAsia="Calibri"/>
                <w:sz w:val="16"/>
              </w:rPr>
              <w:t>400</w:t>
            </w:r>
          </w:p>
        </w:tc>
        <w:tc>
          <w:tcPr>
            <w:tcW w:w="4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D0D299A" w14:textId="77777777" w:rsidR="004F3A74" w:rsidRDefault="00000000">
            <w:pPr>
              <w:spacing w:after="0"/>
            </w:pPr>
            <w:r>
              <w:rPr>
                <w:rFonts w:eastAsia="Calibri"/>
                <w:sz w:val="16"/>
              </w:rPr>
              <w:t>WORK_SCHEDULE_INVALID_DATE_FORMAT</w:t>
            </w:r>
          </w:p>
        </w:tc>
        <w:tc>
          <w:tcPr>
            <w:tcW w:w="40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D01F088" w14:textId="77777777" w:rsidR="004F3A74" w:rsidRDefault="00000000">
            <w:pPr>
              <w:spacing w:after="0"/>
            </w:pPr>
            <w:r>
              <w:rPr>
                <w:rFonts w:eastAsia="Calibri"/>
                <w:sz w:val="16"/>
              </w:rPr>
              <w:t>Dùng đúng định dạng yyyy-MM-dd.</w:t>
            </w:r>
          </w:p>
        </w:tc>
      </w:tr>
      <w:tr w:rsidR="004F3A74" w14:paraId="730B76F1" w14:textId="77777777">
        <w:tc>
          <w:tcPr>
            <w:tcW w:w="9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90AA849" w14:textId="77777777" w:rsidR="004F3A74" w:rsidRDefault="00000000">
            <w:pPr>
              <w:spacing w:after="0"/>
            </w:pPr>
            <w:r>
              <w:rPr>
                <w:rFonts w:eastAsia="Calibri"/>
                <w:sz w:val="16"/>
              </w:rPr>
              <w:t>400</w:t>
            </w:r>
          </w:p>
        </w:tc>
        <w:tc>
          <w:tcPr>
            <w:tcW w:w="4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8E6C206" w14:textId="77777777" w:rsidR="004F3A74" w:rsidRDefault="00000000">
            <w:pPr>
              <w:spacing w:after="0"/>
            </w:pPr>
            <w:r>
              <w:rPr>
                <w:rFonts w:eastAsia="Calibri"/>
                <w:sz w:val="16"/>
              </w:rPr>
              <w:t>WORK_SCHEDULE_INVALID_DATE_RANGE</w:t>
            </w:r>
          </w:p>
        </w:tc>
        <w:tc>
          <w:tcPr>
            <w:tcW w:w="40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7AE4149" w14:textId="77777777" w:rsidR="004F3A74" w:rsidRDefault="00000000">
            <w:pPr>
              <w:spacing w:after="0"/>
            </w:pPr>
            <w:r>
              <w:rPr>
                <w:rFonts w:eastAsia="Calibri"/>
                <w:sz w:val="16"/>
              </w:rPr>
              <w:t>Đảm bảo fromDate &lt;= toDate.</w:t>
            </w:r>
          </w:p>
        </w:tc>
      </w:tr>
      <w:tr w:rsidR="004F3A74" w14:paraId="30FB6BA7" w14:textId="77777777">
        <w:tc>
          <w:tcPr>
            <w:tcW w:w="9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9DEEB46" w14:textId="77777777" w:rsidR="004F3A74" w:rsidRDefault="00000000">
            <w:pPr>
              <w:spacing w:after="0"/>
            </w:pPr>
            <w:r>
              <w:rPr>
                <w:rFonts w:eastAsia="Calibri"/>
                <w:sz w:val="16"/>
              </w:rPr>
              <w:t>400</w:t>
            </w:r>
          </w:p>
        </w:tc>
        <w:tc>
          <w:tcPr>
            <w:tcW w:w="4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7F48951" w14:textId="77777777" w:rsidR="004F3A74" w:rsidRDefault="00000000">
            <w:pPr>
              <w:spacing w:after="0"/>
            </w:pPr>
            <w:r>
              <w:rPr>
                <w:rFonts w:eastAsia="Calibri"/>
                <w:sz w:val="16"/>
              </w:rPr>
              <w:t>WORK_SCHEDULE_DATE_RANGE_OUT_OF_ALLOWED_RANGE</w:t>
            </w:r>
          </w:p>
        </w:tc>
        <w:tc>
          <w:tcPr>
            <w:tcW w:w="40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B449456" w14:textId="77777777" w:rsidR="004F3A74" w:rsidRDefault="00000000">
            <w:pPr>
              <w:spacing w:after="0"/>
            </w:pPr>
            <w:r>
              <w:rPr>
                <w:rFonts w:eastAsia="Calibri"/>
                <w:sz w:val="16"/>
              </w:rPr>
              <w:t>API 1 chỉ nhận khoảng từ hôm nay đến tối đa 14 ngày.</w:t>
            </w:r>
          </w:p>
        </w:tc>
      </w:tr>
      <w:tr w:rsidR="004F3A74" w14:paraId="0C078877" w14:textId="77777777">
        <w:tc>
          <w:tcPr>
            <w:tcW w:w="9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85DB94A" w14:textId="77777777" w:rsidR="004F3A74" w:rsidRDefault="00000000">
            <w:pPr>
              <w:spacing w:after="0"/>
            </w:pPr>
            <w:r>
              <w:rPr>
                <w:rFonts w:eastAsia="Calibri"/>
                <w:sz w:val="16"/>
              </w:rPr>
              <w:t>400</w:t>
            </w:r>
          </w:p>
        </w:tc>
        <w:tc>
          <w:tcPr>
            <w:tcW w:w="4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E9A1AA1" w14:textId="77777777" w:rsidR="004F3A74" w:rsidRDefault="00000000">
            <w:pPr>
              <w:spacing w:after="0"/>
            </w:pPr>
            <w:r>
              <w:rPr>
                <w:rFonts w:eastAsia="Calibri"/>
                <w:sz w:val="16"/>
              </w:rPr>
              <w:t>DOCTOR_CODE_REQUIRED</w:t>
            </w:r>
          </w:p>
        </w:tc>
        <w:tc>
          <w:tcPr>
            <w:tcW w:w="40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8FC8F04" w14:textId="77777777" w:rsidR="004F3A74" w:rsidRDefault="00000000">
            <w:pPr>
              <w:spacing w:after="0"/>
            </w:pPr>
            <w:r>
              <w:rPr>
                <w:rFonts w:eastAsia="Calibri"/>
                <w:sz w:val="16"/>
              </w:rPr>
              <w:t>Bổ sung doctorCode trong path.</w:t>
            </w:r>
          </w:p>
        </w:tc>
      </w:tr>
      <w:tr w:rsidR="004F3A74" w14:paraId="3532EF78" w14:textId="77777777">
        <w:tc>
          <w:tcPr>
            <w:tcW w:w="9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80AE206" w14:textId="77777777" w:rsidR="004F3A74" w:rsidRDefault="00000000">
            <w:pPr>
              <w:spacing w:after="0"/>
            </w:pPr>
            <w:r>
              <w:rPr>
                <w:rFonts w:eastAsia="Calibri"/>
                <w:sz w:val="16"/>
              </w:rPr>
              <w:t>401</w:t>
            </w:r>
          </w:p>
        </w:tc>
        <w:tc>
          <w:tcPr>
            <w:tcW w:w="4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48DBAC5" w14:textId="77777777" w:rsidR="004F3A74" w:rsidRDefault="00000000">
            <w:pPr>
              <w:spacing w:after="0"/>
            </w:pPr>
            <w:r>
              <w:rPr>
                <w:rFonts w:eastAsia="Calibri"/>
                <w:sz w:val="16"/>
              </w:rPr>
              <w:t>UNAUTHORIZED</w:t>
            </w:r>
          </w:p>
        </w:tc>
        <w:tc>
          <w:tcPr>
            <w:tcW w:w="40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C43196A" w14:textId="77777777" w:rsidR="004F3A74" w:rsidRDefault="00000000">
            <w:pPr>
              <w:spacing w:after="0"/>
            </w:pPr>
            <w:r>
              <w:rPr>
                <w:rFonts w:eastAsia="Calibri"/>
                <w:sz w:val="16"/>
              </w:rPr>
              <w:t>Kiểm tra Bearer token hoặc lấy token mới.</w:t>
            </w:r>
          </w:p>
        </w:tc>
      </w:tr>
      <w:tr w:rsidR="004F3A74" w14:paraId="1C8A89E6" w14:textId="77777777">
        <w:tc>
          <w:tcPr>
            <w:tcW w:w="9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E19A116" w14:textId="77777777" w:rsidR="004F3A74" w:rsidRDefault="00000000">
            <w:pPr>
              <w:spacing w:after="0"/>
            </w:pPr>
            <w:r>
              <w:rPr>
                <w:rFonts w:eastAsia="Calibri"/>
                <w:sz w:val="16"/>
              </w:rPr>
              <w:t>403</w:t>
            </w:r>
          </w:p>
        </w:tc>
        <w:tc>
          <w:tcPr>
            <w:tcW w:w="4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845C8AC" w14:textId="77777777" w:rsidR="004F3A74" w:rsidRDefault="00000000">
            <w:pPr>
              <w:spacing w:after="0"/>
            </w:pPr>
            <w:r>
              <w:rPr>
                <w:rFonts w:eastAsia="Calibri"/>
                <w:sz w:val="16"/>
              </w:rPr>
              <w:t>FORBIDDEN</w:t>
            </w:r>
          </w:p>
        </w:tc>
        <w:tc>
          <w:tcPr>
            <w:tcW w:w="40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83035BD" w14:textId="77777777" w:rsidR="004F3A74" w:rsidRDefault="00000000">
            <w:pPr>
              <w:spacing w:after="0"/>
            </w:pPr>
            <w:r>
              <w:rPr>
                <w:rFonts w:eastAsia="Calibri"/>
                <w:sz w:val="16"/>
              </w:rPr>
              <w:t>Dùng đúng client và scope HospitalIntegration.</w:t>
            </w:r>
          </w:p>
        </w:tc>
      </w:tr>
      <w:tr w:rsidR="004F3A74" w14:paraId="5F850D0C" w14:textId="77777777">
        <w:tc>
          <w:tcPr>
            <w:tcW w:w="9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9D90829" w14:textId="77777777" w:rsidR="004F3A74" w:rsidRDefault="00000000">
            <w:pPr>
              <w:spacing w:after="0"/>
            </w:pPr>
            <w:r>
              <w:rPr>
                <w:rFonts w:eastAsia="Calibri"/>
                <w:sz w:val="16"/>
              </w:rPr>
              <w:t>404</w:t>
            </w:r>
          </w:p>
        </w:tc>
        <w:tc>
          <w:tcPr>
            <w:tcW w:w="4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61ACAEF" w14:textId="77777777" w:rsidR="004F3A74" w:rsidRDefault="00000000">
            <w:pPr>
              <w:spacing w:after="0"/>
            </w:pPr>
            <w:r>
              <w:rPr>
                <w:rFonts w:eastAsia="Calibri"/>
                <w:sz w:val="16"/>
              </w:rPr>
              <w:t>DOCTOR_NOT_FOUND</w:t>
            </w:r>
          </w:p>
        </w:tc>
        <w:tc>
          <w:tcPr>
            <w:tcW w:w="40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CE81BF3" w14:textId="77777777" w:rsidR="004F3A74" w:rsidRDefault="00000000">
            <w:pPr>
              <w:spacing w:after="0"/>
            </w:pPr>
            <w:r>
              <w:rPr>
                <w:rFonts w:eastAsia="Calibri"/>
                <w:sz w:val="16"/>
              </w:rPr>
              <w:t>Kiểm tra doctorCode trong đúng tenant.</w:t>
            </w:r>
          </w:p>
        </w:tc>
      </w:tr>
    </w:tbl>
    <w:p w14:paraId="0E52620D" w14:textId="77777777" w:rsidR="004F3A74" w:rsidRDefault="004F3A74">
      <w:pPr>
        <w:spacing w:line="20" w:lineRule="exact"/>
      </w:pPr>
    </w:p>
    <w:tbl>
      <w:tblPr>
        <w:tblW w:w="9360" w:type="dxa"/>
        <w:tblInd w:w="120" w:type="dxa"/>
        <w:tblLayout w:type="fixed"/>
        <w:tblLook w:val="04A0" w:firstRow="1" w:lastRow="0" w:firstColumn="1" w:lastColumn="0" w:noHBand="0" w:noVBand="1"/>
      </w:tblPr>
      <w:tblGrid>
        <w:gridCol w:w="9360"/>
      </w:tblGrid>
      <w:tr w:rsidR="004F3A74" w14:paraId="494AAAC3" w14:textId="77777777">
        <w:tc>
          <w:tcPr>
            <w:tcW w:w="9360" w:type="dxa"/>
            <w:tcBorders>
              <w:top w:val="single" w:sz="5" w:space="0" w:color="163A5F"/>
              <w:left w:val="single" w:sz="5" w:space="0" w:color="163A5F"/>
              <w:bottom w:val="single" w:sz="5" w:space="0" w:color="163A5F"/>
              <w:right w:val="single" w:sz="5" w:space="0" w:color="163A5F"/>
            </w:tcBorders>
            <w:shd w:val="clear" w:color="auto" w:fill="163A5F"/>
            <w:tcMar>
              <w:top w:w="55" w:type="dxa"/>
              <w:left w:w="140" w:type="dxa"/>
              <w:bottom w:w="55" w:type="dxa"/>
              <w:right w:w="140" w:type="dxa"/>
            </w:tcMar>
          </w:tcPr>
          <w:p w14:paraId="0988344A" w14:textId="77777777" w:rsidR="004F3A74" w:rsidRDefault="00000000">
            <w:pPr>
              <w:spacing w:after="0"/>
            </w:pPr>
            <w:r>
              <w:rPr>
                <w:rFonts w:eastAsia="Calibri"/>
                <w:b/>
                <w:color w:val="FFFFFF"/>
                <w:sz w:val="16"/>
              </w:rPr>
              <w:t>RESPONSE 400  ·  JSON</w:t>
            </w:r>
          </w:p>
        </w:tc>
      </w:tr>
      <w:tr w:rsidR="004F3A74" w14:paraId="39A1845B" w14:textId="77777777">
        <w:tc>
          <w:tcPr>
            <w:tcW w:w="9360" w:type="dxa"/>
            <w:tcBorders>
              <w:top w:val="single" w:sz="5" w:space="0" w:color="163A5F"/>
              <w:left w:val="single" w:sz="5" w:space="0" w:color="163A5F"/>
              <w:bottom w:val="single" w:sz="5" w:space="0" w:color="163A5F"/>
              <w:right w:val="single" w:sz="5" w:space="0" w:color="163A5F"/>
            </w:tcBorders>
            <w:shd w:val="clear" w:color="auto" w:fill="F7F9FC"/>
            <w:tcMar>
              <w:top w:w="120" w:type="dxa"/>
              <w:left w:w="150" w:type="dxa"/>
              <w:bottom w:w="120" w:type="dxa"/>
              <w:right w:w="150" w:type="dxa"/>
            </w:tcMar>
          </w:tcPr>
          <w:p w14:paraId="5085D74D" w14:textId="77777777" w:rsidR="004F3A74" w:rsidRDefault="00000000">
            <w:pPr>
              <w:spacing w:after="0" w:line="240" w:lineRule="auto"/>
            </w:pPr>
            <w:r>
              <w:rPr>
                <w:rFonts w:ascii="Consolas" w:eastAsia="Consolas" w:hAnsi="Consolas"/>
                <w:sz w:val="17"/>
              </w:rPr>
              <w:t>{</w:t>
            </w:r>
            <w:r>
              <w:rPr>
                <w:rFonts w:ascii="Consolas" w:eastAsia="Consolas" w:hAnsi="Consolas"/>
                <w:sz w:val="17"/>
              </w:rPr>
              <w:br/>
              <w:t xml:space="preserve">  "success": false,</w:t>
            </w:r>
            <w:r>
              <w:rPr>
                <w:rFonts w:ascii="Consolas" w:eastAsia="Consolas" w:hAnsi="Consolas"/>
                <w:sz w:val="17"/>
              </w:rPr>
              <w:br/>
              <w:t xml:space="preserve">  "statusCode": 400,</w:t>
            </w:r>
            <w:r>
              <w:rPr>
                <w:rFonts w:ascii="Consolas" w:eastAsia="Consolas" w:hAnsi="Consolas"/>
                <w:sz w:val="17"/>
              </w:rPr>
              <w:br/>
              <w:t xml:space="preserve">  "error": {</w:t>
            </w:r>
            <w:r>
              <w:rPr>
                <w:rFonts w:ascii="Consolas" w:eastAsia="Consolas" w:hAnsi="Consolas"/>
                <w:sz w:val="17"/>
              </w:rPr>
              <w:br/>
              <w:t xml:space="preserve">    "code": "WORK_SCHEDULE_INVALID_DATE_FORMAT",</w:t>
            </w:r>
            <w:r>
              <w:rPr>
                <w:rFonts w:ascii="Consolas" w:eastAsia="Consolas" w:hAnsi="Consolas"/>
                <w:sz w:val="17"/>
              </w:rPr>
              <w:br/>
              <w:t xml:space="preserve">    "message": "Invalid date format. Use yyyy-MM-dd.",</w:t>
            </w:r>
            <w:r>
              <w:rPr>
                <w:rFonts w:ascii="Consolas" w:eastAsia="Consolas" w:hAnsi="Consolas"/>
                <w:sz w:val="17"/>
              </w:rPr>
              <w:br/>
              <w:t xml:space="preserve">    "details": [</w:t>
            </w:r>
            <w:r>
              <w:rPr>
                <w:rFonts w:ascii="Consolas" w:eastAsia="Consolas" w:hAnsi="Consolas"/>
                <w:sz w:val="17"/>
              </w:rPr>
              <w:br/>
              <w:t xml:space="preserve">      "FromDate must use yyyy-MM-dd format."</w:t>
            </w:r>
            <w:r>
              <w:rPr>
                <w:rFonts w:ascii="Consolas" w:eastAsia="Consolas" w:hAnsi="Consolas"/>
                <w:sz w:val="17"/>
              </w:rPr>
              <w:br/>
              <w:t xml:space="preserve">    ]</w:t>
            </w:r>
            <w:r>
              <w:rPr>
                <w:rFonts w:ascii="Consolas" w:eastAsia="Consolas" w:hAnsi="Consolas"/>
                <w:sz w:val="17"/>
              </w:rPr>
              <w:br/>
              <w:t xml:space="preserve">  },</w:t>
            </w:r>
            <w:r>
              <w:rPr>
                <w:rFonts w:ascii="Consolas" w:eastAsia="Consolas" w:hAnsi="Consolas"/>
                <w:sz w:val="17"/>
              </w:rPr>
              <w:br/>
              <w:t xml:space="preserve">  "timestamp": "2026-07-28T10:40:46+07:00"</w:t>
            </w:r>
            <w:r>
              <w:rPr>
                <w:rFonts w:ascii="Consolas" w:eastAsia="Consolas" w:hAnsi="Consolas"/>
                <w:sz w:val="17"/>
              </w:rPr>
              <w:br/>
              <w:t>}</w:t>
            </w:r>
          </w:p>
        </w:tc>
      </w:tr>
    </w:tbl>
    <w:p w14:paraId="045F79AB" w14:textId="77777777" w:rsidR="004F3A74" w:rsidRDefault="004F3A74">
      <w:pPr>
        <w:spacing w:line="20" w:lineRule="exact"/>
      </w:pPr>
    </w:p>
    <w:tbl>
      <w:tblPr>
        <w:tblW w:w="9360" w:type="dxa"/>
        <w:tblInd w:w="120" w:type="dxa"/>
        <w:tblLayout w:type="fixed"/>
        <w:tblLook w:val="04A0" w:firstRow="1" w:lastRow="0" w:firstColumn="1" w:lastColumn="0" w:noHBand="0" w:noVBand="1"/>
      </w:tblPr>
      <w:tblGrid>
        <w:gridCol w:w="9360"/>
      </w:tblGrid>
      <w:tr w:rsidR="004F3A74" w14:paraId="5AE664AB" w14:textId="77777777">
        <w:tc>
          <w:tcPr>
            <w:tcW w:w="9360" w:type="dxa"/>
            <w:tcBorders>
              <w:top w:val="single" w:sz="5" w:space="0" w:color="163A5F"/>
              <w:left w:val="single" w:sz="5" w:space="0" w:color="163A5F"/>
              <w:bottom w:val="single" w:sz="5" w:space="0" w:color="163A5F"/>
              <w:right w:val="single" w:sz="5" w:space="0" w:color="163A5F"/>
            </w:tcBorders>
            <w:shd w:val="clear" w:color="auto" w:fill="163A5F"/>
            <w:tcMar>
              <w:top w:w="55" w:type="dxa"/>
              <w:left w:w="140" w:type="dxa"/>
              <w:bottom w:w="55" w:type="dxa"/>
              <w:right w:w="140" w:type="dxa"/>
            </w:tcMar>
          </w:tcPr>
          <w:p w14:paraId="5DCB4A18" w14:textId="77777777" w:rsidR="004F3A74" w:rsidRDefault="00000000">
            <w:pPr>
              <w:spacing w:after="0"/>
            </w:pPr>
            <w:r>
              <w:rPr>
                <w:rFonts w:eastAsia="Calibri"/>
                <w:b/>
                <w:color w:val="FFFFFF"/>
                <w:sz w:val="16"/>
              </w:rPr>
              <w:t>RESPONSE 401  ·  JSON</w:t>
            </w:r>
          </w:p>
        </w:tc>
      </w:tr>
      <w:tr w:rsidR="004F3A74" w14:paraId="3FEE72A5" w14:textId="77777777">
        <w:tc>
          <w:tcPr>
            <w:tcW w:w="9360" w:type="dxa"/>
            <w:tcBorders>
              <w:top w:val="single" w:sz="5" w:space="0" w:color="163A5F"/>
              <w:left w:val="single" w:sz="5" w:space="0" w:color="163A5F"/>
              <w:bottom w:val="single" w:sz="5" w:space="0" w:color="163A5F"/>
              <w:right w:val="single" w:sz="5" w:space="0" w:color="163A5F"/>
            </w:tcBorders>
            <w:shd w:val="clear" w:color="auto" w:fill="F7F9FC"/>
            <w:tcMar>
              <w:top w:w="120" w:type="dxa"/>
              <w:left w:w="150" w:type="dxa"/>
              <w:bottom w:w="120" w:type="dxa"/>
              <w:right w:w="150" w:type="dxa"/>
            </w:tcMar>
          </w:tcPr>
          <w:p w14:paraId="53B0C7D1" w14:textId="77777777" w:rsidR="004F3A74" w:rsidRDefault="00000000">
            <w:pPr>
              <w:spacing w:after="0" w:line="240" w:lineRule="auto"/>
            </w:pPr>
            <w:r>
              <w:rPr>
                <w:rFonts w:ascii="Consolas" w:eastAsia="Consolas" w:hAnsi="Consolas"/>
                <w:sz w:val="17"/>
              </w:rPr>
              <w:t>{</w:t>
            </w:r>
            <w:r>
              <w:rPr>
                <w:rFonts w:ascii="Consolas" w:eastAsia="Consolas" w:hAnsi="Consolas"/>
                <w:sz w:val="17"/>
              </w:rPr>
              <w:br/>
              <w:t xml:space="preserve">  "success": false,</w:t>
            </w:r>
            <w:r>
              <w:rPr>
                <w:rFonts w:ascii="Consolas" w:eastAsia="Consolas" w:hAnsi="Consolas"/>
                <w:sz w:val="17"/>
              </w:rPr>
              <w:br/>
              <w:t xml:space="preserve">  "statusCode": 401,</w:t>
            </w:r>
            <w:r>
              <w:rPr>
                <w:rFonts w:ascii="Consolas" w:eastAsia="Consolas" w:hAnsi="Consolas"/>
                <w:sz w:val="17"/>
              </w:rPr>
              <w:br/>
              <w:t xml:space="preserve">  "error": {</w:t>
            </w:r>
            <w:r>
              <w:rPr>
                <w:rFonts w:ascii="Consolas" w:eastAsia="Consolas" w:hAnsi="Consolas"/>
                <w:sz w:val="17"/>
              </w:rPr>
              <w:br/>
              <w:t xml:space="preserve">    "code": "UNAUTHORIZED",</w:t>
            </w:r>
            <w:r>
              <w:rPr>
                <w:rFonts w:ascii="Consolas" w:eastAsia="Consolas" w:hAnsi="Consolas"/>
                <w:sz w:val="17"/>
              </w:rPr>
              <w:br/>
              <w:t xml:space="preserve">    "message": "Unauthorized access"</w:t>
            </w:r>
            <w:r>
              <w:rPr>
                <w:rFonts w:ascii="Consolas" w:eastAsia="Consolas" w:hAnsi="Consolas"/>
                <w:sz w:val="17"/>
              </w:rPr>
              <w:br/>
              <w:t xml:space="preserve">  },</w:t>
            </w:r>
            <w:r>
              <w:rPr>
                <w:rFonts w:ascii="Consolas" w:eastAsia="Consolas" w:hAnsi="Consolas"/>
                <w:sz w:val="17"/>
              </w:rPr>
              <w:br/>
              <w:t xml:space="preserve">  "timestamp": "2026-07-28T10:40:46+07:00"</w:t>
            </w:r>
            <w:r>
              <w:rPr>
                <w:rFonts w:ascii="Consolas" w:eastAsia="Consolas" w:hAnsi="Consolas"/>
                <w:sz w:val="17"/>
              </w:rPr>
              <w:br/>
              <w:t>}</w:t>
            </w:r>
          </w:p>
        </w:tc>
      </w:tr>
    </w:tbl>
    <w:p w14:paraId="39B0F5FD" w14:textId="77777777" w:rsidR="004F3A74" w:rsidRDefault="004F3A74">
      <w:pPr>
        <w:spacing w:line="20" w:lineRule="exact"/>
      </w:pPr>
    </w:p>
    <w:p w14:paraId="54D9C0C7" w14:textId="77777777" w:rsidR="004F3A74" w:rsidRDefault="00000000">
      <w:r>
        <w:br w:type="page"/>
      </w:r>
    </w:p>
    <w:p w14:paraId="40C57247" w14:textId="77777777" w:rsidR="004F3A74" w:rsidRDefault="00000000">
      <w:pPr>
        <w:pStyle w:val="Heading2"/>
      </w:pPr>
      <w:r>
        <w:lastRenderedPageBreak/>
        <w:t>4.1 HTTP 403 và 404</w:t>
      </w:r>
    </w:p>
    <w:tbl>
      <w:tblPr>
        <w:tblW w:w="9360" w:type="dxa"/>
        <w:tblInd w:w="120" w:type="dxa"/>
        <w:tblLayout w:type="fixed"/>
        <w:tblLook w:val="04A0" w:firstRow="1" w:lastRow="0" w:firstColumn="1" w:lastColumn="0" w:noHBand="0" w:noVBand="1"/>
      </w:tblPr>
      <w:tblGrid>
        <w:gridCol w:w="9360"/>
      </w:tblGrid>
      <w:tr w:rsidR="004F3A74" w14:paraId="1B97789B" w14:textId="77777777">
        <w:tc>
          <w:tcPr>
            <w:tcW w:w="9360" w:type="dxa"/>
            <w:tcBorders>
              <w:top w:val="single" w:sz="5" w:space="0" w:color="163A5F"/>
              <w:left w:val="single" w:sz="5" w:space="0" w:color="163A5F"/>
              <w:bottom w:val="single" w:sz="5" w:space="0" w:color="163A5F"/>
              <w:right w:val="single" w:sz="5" w:space="0" w:color="163A5F"/>
            </w:tcBorders>
            <w:shd w:val="clear" w:color="auto" w:fill="163A5F"/>
            <w:tcMar>
              <w:top w:w="55" w:type="dxa"/>
              <w:left w:w="140" w:type="dxa"/>
              <w:bottom w:w="55" w:type="dxa"/>
              <w:right w:w="140" w:type="dxa"/>
            </w:tcMar>
          </w:tcPr>
          <w:p w14:paraId="71BDDB6A" w14:textId="77777777" w:rsidR="004F3A74" w:rsidRDefault="00000000">
            <w:pPr>
              <w:spacing w:after="0"/>
            </w:pPr>
            <w:r>
              <w:rPr>
                <w:rFonts w:eastAsia="Calibri"/>
                <w:b/>
                <w:color w:val="FFFFFF"/>
                <w:sz w:val="16"/>
              </w:rPr>
              <w:t>RESPONSE 403  ·  JSON</w:t>
            </w:r>
          </w:p>
        </w:tc>
      </w:tr>
      <w:tr w:rsidR="004F3A74" w14:paraId="54CB2095" w14:textId="77777777">
        <w:tc>
          <w:tcPr>
            <w:tcW w:w="9360" w:type="dxa"/>
            <w:tcBorders>
              <w:top w:val="single" w:sz="5" w:space="0" w:color="163A5F"/>
              <w:left w:val="single" w:sz="5" w:space="0" w:color="163A5F"/>
              <w:bottom w:val="single" w:sz="5" w:space="0" w:color="163A5F"/>
              <w:right w:val="single" w:sz="5" w:space="0" w:color="163A5F"/>
            </w:tcBorders>
            <w:shd w:val="clear" w:color="auto" w:fill="F7F9FC"/>
            <w:tcMar>
              <w:top w:w="120" w:type="dxa"/>
              <w:left w:w="150" w:type="dxa"/>
              <w:bottom w:w="120" w:type="dxa"/>
              <w:right w:w="150" w:type="dxa"/>
            </w:tcMar>
          </w:tcPr>
          <w:p w14:paraId="1CFA98F8" w14:textId="77777777" w:rsidR="004F3A74" w:rsidRDefault="00000000">
            <w:pPr>
              <w:spacing w:after="0" w:line="240" w:lineRule="auto"/>
            </w:pPr>
            <w:r>
              <w:rPr>
                <w:rFonts w:ascii="Consolas" w:eastAsia="Consolas" w:hAnsi="Consolas"/>
                <w:sz w:val="17"/>
              </w:rPr>
              <w:t>{</w:t>
            </w:r>
            <w:r>
              <w:rPr>
                <w:rFonts w:ascii="Consolas" w:eastAsia="Consolas" w:hAnsi="Consolas"/>
                <w:sz w:val="17"/>
              </w:rPr>
              <w:br/>
              <w:t xml:space="preserve">  "success": false,</w:t>
            </w:r>
            <w:r>
              <w:rPr>
                <w:rFonts w:ascii="Consolas" w:eastAsia="Consolas" w:hAnsi="Consolas"/>
                <w:sz w:val="17"/>
              </w:rPr>
              <w:br/>
              <w:t xml:space="preserve">  "statusCode": 403,</w:t>
            </w:r>
            <w:r>
              <w:rPr>
                <w:rFonts w:ascii="Consolas" w:eastAsia="Consolas" w:hAnsi="Consolas"/>
                <w:sz w:val="17"/>
              </w:rPr>
              <w:br/>
              <w:t xml:space="preserve">  "error": {</w:t>
            </w:r>
            <w:r>
              <w:rPr>
                <w:rFonts w:ascii="Consolas" w:eastAsia="Consolas" w:hAnsi="Consolas"/>
                <w:sz w:val="17"/>
              </w:rPr>
              <w:br/>
              <w:t xml:space="preserve">    "code": "FORBIDDEN",</w:t>
            </w:r>
            <w:r>
              <w:rPr>
                <w:rFonts w:ascii="Consolas" w:eastAsia="Consolas" w:hAnsi="Consolas"/>
                <w:sz w:val="17"/>
              </w:rPr>
              <w:br/>
              <w:t xml:space="preserve">    "message": "Access forbidden"</w:t>
            </w:r>
            <w:r>
              <w:rPr>
                <w:rFonts w:ascii="Consolas" w:eastAsia="Consolas" w:hAnsi="Consolas"/>
                <w:sz w:val="17"/>
              </w:rPr>
              <w:br/>
              <w:t xml:space="preserve">  },</w:t>
            </w:r>
            <w:r>
              <w:rPr>
                <w:rFonts w:ascii="Consolas" w:eastAsia="Consolas" w:hAnsi="Consolas"/>
                <w:sz w:val="17"/>
              </w:rPr>
              <w:br/>
              <w:t xml:space="preserve">  "timestamp": "2026-07-28T10:40:46+07:00"</w:t>
            </w:r>
            <w:r>
              <w:rPr>
                <w:rFonts w:ascii="Consolas" w:eastAsia="Consolas" w:hAnsi="Consolas"/>
                <w:sz w:val="17"/>
              </w:rPr>
              <w:br/>
              <w:t>}</w:t>
            </w:r>
          </w:p>
        </w:tc>
      </w:tr>
    </w:tbl>
    <w:p w14:paraId="0FADE0B4" w14:textId="77777777" w:rsidR="004F3A74" w:rsidRDefault="004F3A74">
      <w:pPr>
        <w:spacing w:line="20" w:lineRule="exact"/>
      </w:pPr>
    </w:p>
    <w:tbl>
      <w:tblPr>
        <w:tblW w:w="9360" w:type="dxa"/>
        <w:tblInd w:w="120" w:type="dxa"/>
        <w:tblLayout w:type="fixed"/>
        <w:tblLook w:val="04A0" w:firstRow="1" w:lastRow="0" w:firstColumn="1" w:lastColumn="0" w:noHBand="0" w:noVBand="1"/>
      </w:tblPr>
      <w:tblGrid>
        <w:gridCol w:w="9360"/>
      </w:tblGrid>
      <w:tr w:rsidR="004F3A74" w14:paraId="2B26C543" w14:textId="77777777">
        <w:tc>
          <w:tcPr>
            <w:tcW w:w="9360" w:type="dxa"/>
            <w:tcBorders>
              <w:top w:val="single" w:sz="5" w:space="0" w:color="163A5F"/>
              <w:left w:val="single" w:sz="5" w:space="0" w:color="163A5F"/>
              <w:bottom w:val="single" w:sz="5" w:space="0" w:color="163A5F"/>
              <w:right w:val="single" w:sz="5" w:space="0" w:color="163A5F"/>
            </w:tcBorders>
            <w:shd w:val="clear" w:color="auto" w:fill="163A5F"/>
            <w:tcMar>
              <w:top w:w="55" w:type="dxa"/>
              <w:left w:w="140" w:type="dxa"/>
              <w:bottom w:w="55" w:type="dxa"/>
              <w:right w:w="140" w:type="dxa"/>
            </w:tcMar>
          </w:tcPr>
          <w:p w14:paraId="1C921470" w14:textId="77777777" w:rsidR="004F3A74" w:rsidRDefault="00000000">
            <w:pPr>
              <w:spacing w:after="0"/>
            </w:pPr>
            <w:r>
              <w:rPr>
                <w:rFonts w:eastAsia="Calibri"/>
                <w:b/>
                <w:color w:val="FFFFFF"/>
                <w:sz w:val="16"/>
              </w:rPr>
              <w:t>RESPONSE 404  ·  JSON</w:t>
            </w:r>
          </w:p>
        </w:tc>
      </w:tr>
      <w:tr w:rsidR="004F3A74" w14:paraId="4F2A906A" w14:textId="77777777">
        <w:tc>
          <w:tcPr>
            <w:tcW w:w="9360" w:type="dxa"/>
            <w:tcBorders>
              <w:top w:val="single" w:sz="5" w:space="0" w:color="163A5F"/>
              <w:left w:val="single" w:sz="5" w:space="0" w:color="163A5F"/>
              <w:bottom w:val="single" w:sz="5" w:space="0" w:color="163A5F"/>
              <w:right w:val="single" w:sz="5" w:space="0" w:color="163A5F"/>
            </w:tcBorders>
            <w:shd w:val="clear" w:color="auto" w:fill="F7F9FC"/>
            <w:tcMar>
              <w:top w:w="120" w:type="dxa"/>
              <w:left w:w="150" w:type="dxa"/>
              <w:bottom w:w="120" w:type="dxa"/>
              <w:right w:w="150" w:type="dxa"/>
            </w:tcMar>
          </w:tcPr>
          <w:p w14:paraId="096A5424" w14:textId="77777777" w:rsidR="004F3A74" w:rsidRDefault="00000000">
            <w:pPr>
              <w:spacing w:after="0" w:line="240" w:lineRule="auto"/>
            </w:pPr>
            <w:r>
              <w:rPr>
                <w:rFonts w:ascii="Consolas" w:eastAsia="Consolas" w:hAnsi="Consolas"/>
                <w:sz w:val="17"/>
              </w:rPr>
              <w:t>{</w:t>
            </w:r>
            <w:r>
              <w:rPr>
                <w:rFonts w:ascii="Consolas" w:eastAsia="Consolas" w:hAnsi="Consolas"/>
                <w:sz w:val="17"/>
              </w:rPr>
              <w:br/>
              <w:t xml:space="preserve">  "success": false,</w:t>
            </w:r>
            <w:r>
              <w:rPr>
                <w:rFonts w:ascii="Consolas" w:eastAsia="Consolas" w:hAnsi="Consolas"/>
                <w:sz w:val="17"/>
              </w:rPr>
              <w:br/>
              <w:t xml:space="preserve">  "statusCode": 404,</w:t>
            </w:r>
            <w:r>
              <w:rPr>
                <w:rFonts w:ascii="Consolas" w:eastAsia="Consolas" w:hAnsi="Consolas"/>
                <w:sz w:val="17"/>
              </w:rPr>
              <w:br/>
              <w:t xml:space="preserve">  "error": {</w:t>
            </w:r>
            <w:r>
              <w:rPr>
                <w:rFonts w:ascii="Consolas" w:eastAsia="Consolas" w:hAnsi="Consolas"/>
                <w:sz w:val="17"/>
              </w:rPr>
              <w:br/>
              <w:t xml:space="preserve">    "code": "DOCTOR_NOT_FOUND",</w:t>
            </w:r>
            <w:r>
              <w:rPr>
                <w:rFonts w:ascii="Consolas" w:eastAsia="Consolas" w:hAnsi="Consolas"/>
                <w:sz w:val="17"/>
              </w:rPr>
              <w:br/>
              <w:t xml:space="preserve">    "message": "Doctor information was not found."</w:t>
            </w:r>
            <w:r>
              <w:rPr>
                <w:rFonts w:ascii="Consolas" w:eastAsia="Consolas" w:hAnsi="Consolas"/>
                <w:sz w:val="17"/>
              </w:rPr>
              <w:br/>
              <w:t xml:space="preserve">  },</w:t>
            </w:r>
            <w:r>
              <w:rPr>
                <w:rFonts w:ascii="Consolas" w:eastAsia="Consolas" w:hAnsi="Consolas"/>
                <w:sz w:val="17"/>
              </w:rPr>
              <w:br/>
              <w:t xml:space="preserve">  "timestamp": "2026-07-28T10:40:46+07:00"</w:t>
            </w:r>
            <w:r>
              <w:rPr>
                <w:rFonts w:ascii="Consolas" w:eastAsia="Consolas" w:hAnsi="Consolas"/>
                <w:sz w:val="17"/>
              </w:rPr>
              <w:br/>
              <w:t>}</w:t>
            </w:r>
          </w:p>
        </w:tc>
      </w:tr>
    </w:tbl>
    <w:p w14:paraId="2EF31A36" w14:textId="77777777" w:rsidR="004F3A74" w:rsidRDefault="004F3A74">
      <w:pPr>
        <w:spacing w:line="20" w:lineRule="exact"/>
      </w:pPr>
    </w:p>
    <w:tbl>
      <w:tblPr>
        <w:tblW w:w="9360" w:type="dxa"/>
        <w:tblInd w:w="120" w:type="dxa"/>
        <w:tblLayout w:type="fixed"/>
        <w:tblLook w:val="04A0" w:firstRow="1" w:lastRow="0" w:firstColumn="1" w:lastColumn="0" w:noHBand="0" w:noVBand="1"/>
      </w:tblPr>
      <w:tblGrid>
        <w:gridCol w:w="9360"/>
      </w:tblGrid>
      <w:tr w:rsidR="004F3A74" w14:paraId="47107986" w14:textId="77777777">
        <w:tc>
          <w:tcPr>
            <w:tcW w:w="9360" w:type="dxa"/>
            <w:tcBorders>
              <w:top w:val="single" w:sz="3" w:space="0" w:color="C9D3DF"/>
              <w:left w:val="single" w:sz="18" w:space="0" w:color="2E74B5"/>
              <w:bottom w:val="single" w:sz="3" w:space="0" w:color="C9D3DF"/>
              <w:right w:val="single" w:sz="3" w:space="0" w:color="C9D3DF"/>
            </w:tcBorders>
            <w:shd w:val="clear" w:color="auto" w:fill="F4F6F9"/>
            <w:tcMar>
              <w:top w:w="110" w:type="dxa"/>
              <w:left w:w="160" w:type="dxa"/>
              <w:bottom w:w="110" w:type="dxa"/>
              <w:right w:w="160" w:type="dxa"/>
            </w:tcMar>
          </w:tcPr>
          <w:p w14:paraId="3F414C14" w14:textId="77777777" w:rsidR="004F3A74" w:rsidRDefault="00000000">
            <w:pPr>
              <w:spacing w:after="40"/>
            </w:pPr>
            <w:r>
              <w:rPr>
                <w:rFonts w:eastAsia="Calibri"/>
                <w:b/>
                <w:color w:val="2E74B5"/>
                <w:sz w:val="17"/>
              </w:rPr>
              <w:t>CÁCH XỬ LÝ</w:t>
            </w:r>
            <w:r>
              <w:rPr>
                <w:rFonts w:eastAsia="Calibri"/>
                <w:b/>
                <w:color w:val="2E74B5"/>
                <w:sz w:val="17"/>
              </w:rPr>
              <w:br/>
            </w:r>
            <w:r>
              <w:rPr>
                <w:rFonts w:eastAsia="Calibri"/>
                <w:sz w:val="19"/>
              </w:rPr>
              <w:t>Đối chiếu doctorCode với response mới nhất của API 1 và xác nhận request đang gửi đúng __tenant. Không tự động thay doctorCode bằng tên bác sĩ.</w:t>
            </w:r>
          </w:p>
        </w:tc>
      </w:tr>
    </w:tbl>
    <w:p w14:paraId="5E12F6D9" w14:textId="77777777" w:rsidR="004F3A74" w:rsidRDefault="004F3A74">
      <w:pPr>
        <w:spacing w:line="20" w:lineRule="exact"/>
      </w:pPr>
    </w:p>
    <w:p w14:paraId="1894D5A0" w14:textId="77777777" w:rsidR="004F3A74" w:rsidRDefault="00000000">
      <w:r>
        <w:br w:type="page"/>
      </w:r>
    </w:p>
    <w:p w14:paraId="20D41918" w14:textId="77777777" w:rsidR="004F3A74" w:rsidRDefault="00000000">
      <w:pPr>
        <w:pStyle w:val="Heading1"/>
      </w:pPr>
      <w:r>
        <w:lastRenderedPageBreak/>
        <w:t>5. Deep-link đặt khám theo bác sĩ</w:t>
      </w:r>
    </w:p>
    <w:p w14:paraId="03D36984" w14:textId="77777777" w:rsidR="004F3A74" w:rsidRDefault="00000000">
      <w:r>
        <w:t>Deep-link cho phép hệ thống bên ngoài mở trực tiếp trang đặt khám và truyền mã bác sĩ đã chọn.</w:t>
      </w:r>
    </w:p>
    <w:tbl>
      <w:tblPr>
        <w:tblW w:w="9360" w:type="dxa"/>
        <w:tblInd w:w="120" w:type="dxa"/>
        <w:tblLayout w:type="fixed"/>
        <w:tblLook w:val="04A0" w:firstRow="1" w:lastRow="0" w:firstColumn="1" w:lastColumn="0" w:noHBand="0" w:noVBand="1"/>
      </w:tblPr>
      <w:tblGrid>
        <w:gridCol w:w="9360"/>
      </w:tblGrid>
      <w:tr w:rsidR="004F3A74" w14:paraId="3463B0FF" w14:textId="77777777">
        <w:tc>
          <w:tcPr>
            <w:tcW w:w="9360" w:type="dxa"/>
            <w:tcBorders>
              <w:top w:val="single" w:sz="5" w:space="0" w:color="163A5F"/>
              <w:left w:val="single" w:sz="5" w:space="0" w:color="163A5F"/>
              <w:bottom w:val="single" w:sz="5" w:space="0" w:color="163A5F"/>
              <w:right w:val="single" w:sz="5" w:space="0" w:color="163A5F"/>
            </w:tcBorders>
            <w:shd w:val="clear" w:color="auto" w:fill="163A5F"/>
            <w:tcMar>
              <w:top w:w="55" w:type="dxa"/>
              <w:left w:w="140" w:type="dxa"/>
              <w:bottom w:w="55" w:type="dxa"/>
              <w:right w:w="140" w:type="dxa"/>
            </w:tcMar>
          </w:tcPr>
          <w:p w14:paraId="60839E7B" w14:textId="77777777" w:rsidR="004F3A74" w:rsidRDefault="00000000">
            <w:pPr>
              <w:spacing w:after="0"/>
            </w:pPr>
            <w:r>
              <w:rPr>
                <w:rFonts w:eastAsia="Calibri"/>
                <w:b/>
                <w:color w:val="FFFFFF"/>
                <w:sz w:val="16"/>
              </w:rPr>
              <w:t>URL MẪU  ·  URL</w:t>
            </w:r>
          </w:p>
        </w:tc>
      </w:tr>
      <w:tr w:rsidR="004F3A74" w14:paraId="1AFF287B" w14:textId="77777777">
        <w:tc>
          <w:tcPr>
            <w:tcW w:w="9360" w:type="dxa"/>
            <w:tcBorders>
              <w:top w:val="single" w:sz="5" w:space="0" w:color="163A5F"/>
              <w:left w:val="single" w:sz="5" w:space="0" w:color="163A5F"/>
              <w:bottom w:val="single" w:sz="5" w:space="0" w:color="163A5F"/>
              <w:right w:val="single" w:sz="5" w:space="0" w:color="163A5F"/>
            </w:tcBorders>
            <w:shd w:val="clear" w:color="auto" w:fill="F7F9FC"/>
            <w:tcMar>
              <w:top w:w="120" w:type="dxa"/>
              <w:left w:w="150" w:type="dxa"/>
              <w:bottom w:w="120" w:type="dxa"/>
              <w:right w:w="150" w:type="dxa"/>
            </w:tcMar>
          </w:tcPr>
          <w:p w14:paraId="6F89F815" w14:textId="77777777" w:rsidR="004F3A74" w:rsidRDefault="00000000">
            <w:pPr>
              <w:spacing w:after="0" w:line="240" w:lineRule="auto"/>
            </w:pPr>
            <w:r>
              <w:rPr>
                <w:rFonts w:ascii="Consolas" w:eastAsia="Consolas" w:hAnsi="Consolas"/>
                <w:sz w:val="17"/>
              </w:rPr>
              <w:t>https://&lt;booking-host&gt;/book-appointment?doctorCode=BS001</w:t>
            </w:r>
          </w:p>
        </w:tc>
      </w:tr>
    </w:tbl>
    <w:p w14:paraId="49C0AB0F" w14:textId="77777777" w:rsidR="004F3A74" w:rsidRDefault="004F3A74">
      <w:pPr>
        <w:spacing w:line="20" w:lineRule="exact"/>
      </w:pPr>
    </w:p>
    <w:tbl>
      <w:tblPr>
        <w:tblW w:w="9360" w:type="dxa"/>
        <w:tblInd w:w="120" w:type="dxa"/>
        <w:tblLayout w:type="fixed"/>
        <w:tblLook w:val="04A0" w:firstRow="1" w:lastRow="0" w:firstColumn="1" w:lastColumn="0" w:noHBand="0" w:noVBand="1"/>
      </w:tblPr>
      <w:tblGrid>
        <w:gridCol w:w="1900"/>
        <w:gridCol w:w="1400"/>
        <w:gridCol w:w="1250"/>
        <w:gridCol w:w="4810"/>
      </w:tblGrid>
      <w:tr w:rsidR="004F3A74" w14:paraId="059F25BC" w14:textId="77777777">
        <w:trPr>
          <w:tblHeader/>
        </w:trPr>
        <w:tc>
          <w:tcPr>
            <w:tcW w:w="19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7F6F3703" w14:textId="77777777" w:rsidR="004F3A74" w:rsidRDefault="00000000">
            <w:pPr>
              <w:spacing w:after="0"/>
            </w:pPr>
            <w:r>
              <w:rPr>
                <w:rFonts w:eastAsia="Calibri"/>
                <w:b/>
                <w:sz w:val="18"/>
              </w:rPr>
              <w:t>Tham số</w:t>
            </w:r>
          </w:p>
        </w:tc>
        <w:tc>
          <w:tcPr>
            <w:tcW w:w="14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689E62C0" w14:textId="77777777" w:rsidR="004F3A74" w:rsidRDefault="00000000">
            <w:pPr>
              <w:spacing w:after="0"/>
            </w:pPr>
            <w:r>
              <w:rPr>
                <w:rFonts w:eastAsia="Calibri"/>
                <w:b/>
                <w:sz w:val="18"/>
              </w:rPr>
              <w:t>Vị trí</w:t>
            </w:r>
          </w:p>
        </w:tc>
        <w:tc>
          <w:tcPr>
            <w:tcW w:w="125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1F3F58E9" w14:textId="77777777" w:rsidR="004F3A74" w:rsidRDefault="00000000">
            <w:pPr>
              <w:spacing w:after="0"/>
            </w:pPr>
            <w:r>
              <w:rPr>
                <w:rFonts w:eastAsia="Calibri"/>
                <w:b/>
                <w:sz w:val="18"/>
              </w:rPr>
              <w:t>Bắt buộc</w:t>
            </w:r>
          </w:p>
        </w:tc>
        <w:tc>
          <w:tcPr>
            <w:tcW w:w="481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5C42B178" w14:textId="77777777" w:rsidR="004F3A74" w:rsidRDefault="00000000">
            <w:pPr>
              <w:spacing w:after="0"/>
            </w:pPr>
            <w:r>
              <w:rPr>
                <w:rFonts w:eastAsia="Calibri"/>
                <w:b/>
                <w:sz w:val="18"/>
              </w:rPr>
              <w:t>Mô tả</w:t>
            </w:r>
          </w:p>
        </w:tc>
      </w:tr>
      <w:tr w:rsidR="004F3A74" w14:paraId="76FDD9B9" w14:textId="77777777">
        <w:tc>
          <w:tcPr>
            <w:tcW w:w="19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4577484E" w14:textId="77777777" w:rsidR="004F3A74" w:rsidRDefault="00000000">
            <w:pPr>
              <w:spacing w:after="0"/>
            </w:pPr>
            <w:r>
              <w:rPr>
                <w:rFonts w:eastAsia="Calibri"/>
                <w:sz w:val="18"/>
              </w:rPr>
              <w:t>doctorCode</w:t>
            </w:r>
          </w:p>
        </w:tc>
        <w:tc>
          <w:tcPr>
            <w:tcW w:w="1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C1DBC38" w14:textId="77777777" w:rsidR="004F3A74" w:rsidRDefault="00000000">
            <w:pPr>
              <w:spacing w:after="0"/>
            </w:pPr>
            <w:r>
              <w:rPr>
                <w:rFonts w:eastAsia="Calibri"/>
                <w:sz w:val="18"/>
              </w:rPr>
              <w:t>Query</w:t>
            </w:r>
          </w:p>
        </w:tc>
        <w:tc>
          <w:tcPr>
            <w:tcW w:w="12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BCA68B0" w14:textId="77777777" w:rsidR="004F3A74" w:rsidRDefault="00000000">
            <w:pPr>
              <w:spacing w:after="0"/>
            </w:pPr>
            <w:r>
              <w:rPr>
                <w:rFonts w:eastAsia="Calibri"/>
                <w:sz w:val="18"/>
              </w:rPr>
              <w:t>Có</w:t>
            </w:r>
          </w:p>
        </w:tc>
        <w:tc>
          <w:tcPr>
            <w:tcW w:w="48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4F1F188E" w14:textId="77777777" w:rsidR="004F3A74" w:rsidRDefault="00000000">
            <w:pPr>
              <w:spacing w:after="0"/>
            </w:pPr>
            <w:r>
              <w:rPr>
                <w:rFonts w:eastAsia="Calibri"/>
                <w:sz w:val="18"/>
              </w:rPr>
              <w:t>Mã bác sĩ; phải khớp doctorCode trả về từ API danh sách bác sĩ.</w:t>
            </w:r>
          </w:p>
        </w:tc>
      </w:tr>
      <w:tr w:rsidR="004F3A74" w14:paraId="0F51F6F3" w14:textId="77777777">
        <w:tc>
          <w:tcPr>
            <w:tcW w:w="19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3967BC2" w14:textId="77777777" w:rsidR="004F3A74" w:rsidRDefault="00000000">
            <w:pPr>
              <w:spacing w:after="0"/>
            </w:pPr>
            <w:r>
              <w:rPr>
                <w:rFonts w:eastAsia="Calibri"/>
                <w:sz w:val="18"/>
              </w:rPr>
              <w:t>mabs</w:t>
            </w:r>
          </w:p>
        </w:tc>
        <w:tc>
          <w:tcPr>
            <w:tcW w:w="14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3F16642B" w14:textId="77777777" w:rsidR="004F3A74" w:rsidRDefault="00000000">
            <w:pPr>
              <w:spacing w:after="0"/>
            </w:pPr>
            <w:r>
              <w:rPr>
                <w:rFonts w:eastAsia="Calibri"/>
                <w:sz w:val="18"/>
              </w:rPr>
              <w:t>Query</w:t>
            </w:r>
          </w:p>
        </w:tc>
        <w:tc>
          <w:tcPr>
            <w:tcW w:w="125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590DA348" w14:textId="77777777" w:rsidR="004F3A74" w:rsidRDefault="00000000">
            <w:pPr>
              <w:spacing w:after="0"/>
            </w:pPr>
            <w:r>
              <w:rPr>
                <w:rFonts w:eastAsia="Calibri"/>
                <w:sz w:val="18"/>
              </w:rPr>
              <w:t>Không</w:t>
            </w:r>
          </w:p>
        </w:tc>
        <w:tc>
          <w:tcPr>
            <w:tcW w:w="481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B3DDCF1" w14:textId="77777777" w:rsidR="004F3A74" w:rsidRDefault="00000000">
            <w:pPr>
              <w:spacing w:after="0"/>
            </w:pPr>
            <w:r>
              <w:rPr>
                <w:rFonts w:eastAsia="Calibri"/>
                <w:sz w:val="18"/>
              </w:rPr>
              <w:t>Alias tương thích cho hệ thống cũ; ưu tiên doctorCode.</w:t>
            </w:r>
          </w:p>
        </w:tc>
      </w:tr>
    </w:tbl>
    <w:p w14:paraId="567B833F" w14:textId="77777777" w:rsidR="004F3A74" w:rsidRDefault="004F3A74">
      <w:pPr>
        <w:spacing w:line="20" w:lineRule="exact"/>
      </w:pPr>
    </w:p>
    <w:p w14:paraId="5B66DFDA" w14:textId="77777777" w:rsidR="004F3A74" w:rsidRDefault="00000000">
      <w:pPr>
        <w:pStyle w:val="Heading2"/>
      </w:pPr>
      <w:r>
        <w:t>5.1 Luồng xử lý mong đợi</w:t>
      </w:r>
    </w:p>
    <w:p w14:paraId="14A6917A" w14:textId="77777777" w:rsidR="004F3A74" w:rsidRDefault="00000000">
      <w:pPr>
        <w:numPr>
          <w:ilvl w:val="0"/>
          <w:numId w:val="13"/>
        </w:numPr>
      </w:pPr>
      <w:r>
        <w:rPr>
          <w:rFonts w:eastAsia="Calibri"/>
          <w:sz w:val="21"/>
        </w:rPr>
        <w:t>Website bên thứ ba mở deep-link với doctorCode.</w:t>
      </w:r>
    </w:p>
    <w:p w14:paraId="5527C2A5" w14:textId="77777777" w:rsidR="004F3A74" w:rsidRDefault="00000000">
      <w:pPr>
        <w:numPr>
          <w:ilvl w:val="0"/>
          <w:numId w:val="13"/>
        </w:numPr>
      </w:pPr>
      <w:r>
        <w:rPr>
          <w:rFonts w:eastAsia="Calibri"/>
          <w:sz w:val="21"/>
        </w:rPr>
        <w:t>Trang đặt khám đối chiếu bác sĩ bằng API danh sách bác sĩ có lịch.</w:t>
      </w:r>
    </w:p>
    <w:p w14:paraId="71631F29" w14:textId="77777777" w:rsidR="004F3A74" w:rsidRDefault="00000000">
      <w:pPr>
        <w:numPr>
          <w:ilvl w:val="0"/>
          <w:numId w:val="13"/>
        </w:numPr>
      </w:pPr>
      <w:r>
        <w:rPr>
          <w:rFonts w:eastAsia="Calibri"/>
          <w:sz w:val="21"/>
        </w:rPr>
        <w:t>Nếu tìm thấy bác sĩ, hệ thống chọn hình thức đặt khám theo bác sĩ và chuyển đến bước chọn ngày.</w:t>
      </w:r>
    </w:p>
    <w:p w14:paraId="02AF6554" w14:textId="77777777" w:rsidR="004F3A74" w:rsidRDefault="00000000">
      <w:pPr>
        <w:numPr>
          <w:ilvl w:val="0"/>
          <w:numId w:val="13"/>
        </w:numPr>
      </w:pPr>
      <w:r>
        <w:rPr>
          <w:rFonts w:eastAsia="Calibri"/>
          <w:sz w:val="21"/>
        </w:rPr>
        <w:t>Trang gọi API ngày làm việc theo doctorCode để lấy các ngày còn lịch.</w:t>
      </w:r>
    </w:p>
    <w:p w14:paraId="1DCEFDB1" w14:textId="77777777" w:rsidR="004F3A74" w:rsidRDefault="00000000">
      <w:pPr>
        <w:numPr>
          <w:ilvl w:val="0"/>
          <w:numId w:val="13"/>
        </w:numPr>
      </w:pPr>
      <w:r>
        <w:rPr>
          <w:rFonts w:eastAsia="Calibri"/>
          <w:sz w:val="21"/>
        </w:rPr>
        <w:t>Người dùng chọn ngày khám, thời gian, hồ sơ và xác nhận.</w:t>
      </w:r>
    </w:p>
    <w:p w14:paraId="28E72F4B" w14:textId="77777777" w:rsidR="004F3A74" w:rsidRDefault="00000000">
      <w:pPr>
        <w:numPr>
          <w:ilvl w:val="0"/>
          <w:numId w:val="13"/>
        </w:numPr>
      </w:pPr>
      <w:r>
        <w:rPr>
          <w:rFonts w:eastAsia="Calibri"/>
          <w:sz w:val="21"/>
        </w:rPr>
        <w:t>Nếu doctorCode không tồn tại hoặc không còn lịch, giữ người dùng tại bước chọn bác sĩ và hiển thị thông báo phù hợp.</w:t>
      </w:r>
    </w:p>
    <w:tbl>
      <w:tblPr>
        <w:tblW w:w="9360" w:type="dxa"/>
        <w:tblInd w:w="120" w:type="dxa"/>
        <w:tblLayout w:type="fixed"/>
        <w:tblLook w:val="04A0" w:firstRow="1" w:lastRow="0" w:firstColumn="1" w:lastColumn="0" w:noHBand="0" w:noVBand="1"/>
      </w:tblPr>
      <w:tblGrid>
        <w:gridCol w:w="9360"/>
      </w:tblGrid>
      <w:tr w:rsidR="004F3A74" w14:paraId="60D65228" w14:textId="77777777">
        <w:tc>
          <w:tcPr>
            <w:tcW w:w="9360" w:type="dxa"/>
            <w:tcBorders>
              <w:top w:val="single" w:sz="3" w:space="0" w:color="C9D3DF"/>
              <w:left w:val="single" w:sz="18" w:space="0" w:color="2E74B5"/>
              <w:bottom w:val="single" w:sz="3" w:space="0" w:color="C9D3DF"/>
              <w:right w:val="single" w:sz="3" w:space="0" w:color="C9D3DF"/>
            </w:tcBorders>
            <w:shd w:val="clear" w:color="auto" w:fill="F4F6F9"/>
            <w:tcMar>
              <w:top w:w="110" w:type="dxa"/>
              <w:left w:w="160" w:type="dxa"/>
              <w:bottom w:w="110" w:type="dxa"/>
              <w:right w:w="160" w:type="dxa"/>
            </w:tcMar>
          </w:tcPr>
          <w:p w14:paraId="480E1F5F" w14:textId="77777777" w:rsidR="004F3A74" w:rsidRDefault="00000000">
            <w:pPr>
              <w:spacing w:after="40"/>
            </w:pPr>
            <w:r>
              <w:rPr>
                <w:rFonts w:eastAsia="Calibri"/>
                <w:b/>
                <w:color w:val="2E74B5"/>
                <w:sz w:val="17"/>
              </w:rPr>
              <w:t>FLOW ĐẶT KHÁM</w:t>
            </w:r>
            <w:r>
              <w:rPr>
                <w:rFonts w:eastAsia="Calibri"/>
                <w:b/>
                <w:color w:val="2E74B5"/>
                <w:sz w:val="17"/>
              </w:rPr>
              <w:br/>
            </w:r>
            <w:r>
              <w:rPr>
                <w:rFonts w:eastAsia="Calibri"/>
                <w:sz w:val="19"/>
              </w:rPr>
              <w:t>Theo bác sĩ: Hình thức &gt; Bác sĩ &gt; Ngày khám &gt; Thời gian &gt; Hồ sơ &gt; Xác nhận.</w:t>
            </w:r>
            <w:r>
              <w:rPr>
                <w:rFonts w:eastAsia="Calibri"/>
                <w:sz w:val="19"/>
              </w:rPr>
              <w:br/>
              <w:t>Theo chuyên khoa: Hình thức &gt; Chuyên khoa &gt; Bác sĩ &gt; Ngày khám &gt; Thời gian &gt; Hồ sơ &gt; Xác nhận.</w:t>
            </w:r>
          </w:p>
        </w:tc>
      </w:tr>
    </w:tbl>
    <w:p w14:paraId="191AAFC9" w14:textId="77777777" w:rsidR="004F3A74" w:rsidRDefault="004F3A74">
      <w:pPr>
        <w:spacing w:line="20" w:lineRule="exact"/>
      </w:pPr>
    </w:p>
    <w:p w14:paraId="2FD67109" w14:textId="77777777" w:rsidR="004F3A74" w:rsidRDefault="00000000">
      <w:pPr>
        <w:pStyle w:val="Heading2"/>
      </w:pPr>
      <w:r>
        <w:t>5.2 Trường hợp kiểm thử deep-link</w:t>
      </w:r>
    </w:p>
    <w:tbl>
      <w:tblPr>
        <w:tblW w:w="9360" w:type="dxa"/>
        <w:tblInd w:w="120" w:type="dxa"/>
        <w:tblLayout w:type="fixed"/>
        <w:tblLook w:val="04A0" w:firstRow="1" w:lastRow="0" w:firstColumn="1" w:lastColumn="0" w:noHBand="0" w:noVBand="1"/>
      </w:tblPr>
      <w:tblGrid>
        <w:gridCol w:w="2100"/>
        <w:gridCol w:w="2600"/>
        <w:gridCol w:w="4660"/>
      </w:tblGrid>
      <w:tr w:rsidR="004F3A74" w14:paraId="4554D335" w14:textId="77777777">
        <w:trPr>
          <w:tblHeader/>
        </w:trPr>
        <w:tc>
          <w:tcPr>
            <w:tcW w:w="21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50BB36E4" w14:textId="77777777" w:rsidR="004F3A74" w:rsidRDefault="00000000">
            <w:pPr>
              <w:spacing w:after="0"/>
            </w:pPr>
            <w:r>
              <w:rPr>
                <w:rFonts w:eastAsia="Calibri"/>
                <w:b/>
                <w:sz w:val="17"/>
              </w:rPr>
              <w:t>Trường hợp</w:t>
            </w:r>
          </w:p>
        </w:tc>
        <w:tc>
          <w:tcPr>
            <w:tcW w:w="260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3935B3C0" w14:textId="77777777" w:rsidR="004F3A74" w:rsidRDefault="00000000">
            <w:pPr>
              <w:spacing w:after="0"/>
            </w:pPr>
            <w:r>
              <w:rPr>
                <w:rFonts w:eastAsia="Calibri"/>
                <w:b/>
                <w:sz w:val="17"/>
              </w:rPr>
              <w:t>URL / dữ liệu</w:t>
            </w:r>
          </w:p>
        </w:tc>
        <w:tc>
          <w:tcPr>
            <w:tcW w:w="4660" w:type="dxa"/>
            <w:tcBorders>
              <w:top w:val="single" w:sz="4" w:space="0" w:color="C9D3DF"/>
              <w:left w:val="single" w:sz="4" w:space="0" w:color="C9D3DF"/>
              <w:bottom w:val="single" w:sz="4" w:space="0" w:color="C9D3DF"/>
              <w:right w:val="single" w:sz="4" w:space="0" w:color="C9D3DF"/>
            </w:tcBorders>
            <w:shd w:val="clear" w:color="auto" w:fill="E8EEF5"/>
            <w:tcMar>
              <w:top w:w="80" w:type="dxa"/>
              <w:left w:w="120" w:type="dxa"/>
              <w:bottom w:w="80" w:type="dxa"/>
              <w:right w:w="120" w:type="dxa"/>
            </w:tcMar>
            <w:vAlign w:val="center"/>
          </w:tcPr>
          <w:p w14:paraId="5C3DAE4E" w14:textId="77777777" w:rsidR="004F3A74" w:rsidRDefault="00000000">
            <w:pPr>
              <w:spacing w:after="0"/>
            </w:pPr>
            <w:r>
              <w:rPr>
                <w:rFonts w:eastAsia="Calibri"/>
                <w:b/>
                <w:sz w:val="17"/>
              </w:rPr>
              <w:t>Kết quả mong đợi</w:t>
            </w:r>
          </w:p>
        </w:tc>
      </w:tr>
      <w:tr w:rsidR="004F3A74" w14:paraId="3B8CFE29" w14:textId="77777777">
        <w:tc>
          <w:tcPr>
            <w:tcW w:w="21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2376F2B" w14:textId="77777777" w:rsidR="004F3A74" w:rsidRDefault="00000000">
            <w:pPr>
              <w:spacing w:after="0"/>
            </w:pPr>
            <w:r>
              <w:rPr>
                <w:rFonts w:eastAsia="Calibri"/>
                <w:sz w:val="17"/>
              </w:rPr>
              <w:t>Mã hợp lệ</w:t>
            </w:r>
          </w:p>
        </w:tc>
        <w:tc>
          <w:tcPr>
            <w:tcW w:w="26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03B0B970" w14:textId="77777777" w:rsidR="004F3A74" w:rsidRDefault="00000000">
            <w:pPr>
              <w:spacing w:after="0"/>
            </w:pPr>
            <w:r>
              <w:rPr>
                <w:rFonts w:eastAsia="Calibri"/>
                <w:sz w:val="17"/>
              </w:rPr>
              <w:t>?doctorCode=BS001</w:t>
            </w:r>
          </w:p>
        </w:tc>
        <w:tc>
          <w:tcPr>
            <w:tcW w:w="46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DC6B7FC" w14:textId="77777777" w:rsidR="004F3A74" w:rsidRDefault="00000000">
            <w:pPr>
              <w:spacing w:after="0"/>
            </w:pPr>
            <w:r>
              <w:rPr>
                <w:rFonts w:eastAsia="Calibri"/>
                <w:sz w:val="17"/>
              </w:rPr>
              <w:t>Chọn đúng bác sĩ và chuyển đến bước Ngày khám.</w:t>
            </w:r>
          </w:p>
        </w:tc>
      </w:tr>
      <w:tr w:rsidR="004F3A74" w14:paraId="794E995F" w14:textId="77777777">
        <w:tc>
          <w:tcPr>
            <w:tcW w:w="21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AFF4CE7" w14:textId="77777777" w:rsidR="004F3A74" w:rsidRDefault="00000000">
            <w:pPr>
              <w:spacing w:after="0"/>
            </w:pPr>
            <w:r>
              <w:rPr>
                <w:rFonts w:eastAsia="Calibri"/>
                <w:sz w:val="17"/>
              </w:rPr>
              <w:t>Mã không tồn tại</w:t>
            </w:r>
          </w:p>
        </w:tc>
        <w:tc>
          <w:tcPr>
            <w:tcW w:w="26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1F3603E0" w14:textId="77777777" w:rsidR="004F3A74" w:rsidRDefault="00000000">
            <w:pPr>
              <w:spacing w:after="0"/>
            </w:pPr>
            <w:r>
              <w:rPr>
                <w:rFonts w:eastAsia="Calibri"/>
                <w:sz w:val="17"/>
              </w:rPr>
              <w:t>?doctorCode=UNKNOWN</w:t>
            </w:r>
          </w:p>
        </w:tc>
        <w:tc>
          <w:tcPr>
            <w:tcW w:w="46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63F6690" w14:textId="77777777" w:rsidR="004F3A74" w:rsidRDefault="00000000">
            <w:pPr>
              <w:spacing w:after="0"/>
            </w:pPr>
            <w:r>
              <w:rPr>
                <w:rFonts w:eastAsia="Calibri"/>
                <w:sz w:val="17"/>
              </w:rPr>
              <w:t>Không chọn bác sĩ; hiển thị cảnh báo.</w:t>
            </w:r>
          </w:p>
        </w:tc>
      </w:tr>
      <w:tr w:rsidR="004F3A74" w14:paraId="08562F8B" w14:textId="77777777">
        <w:tc>
          <w:tcPr>
            <w:tcW w:w="21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575EC37A" w14:textId="77777777" w:rsidR="004F3A74" w:rsidRDefault="00000000">
            <w:pPr>
              <w:spacing w:after="0"/>
            </w:pPr>
            <w:r>
              <w:rPr>
                <w:rFonts w:eastAsia="Calibri"/>
                <w:sz w:val="17"/>
              </w:rPr>
              <w:t>Thiếu mã</w:t>
            </w:r>
          </w:p>
        </w:tc>
        <w:tc>
          <w:tcPr>
            <w:tcW w:w="26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97E03CC" w14:textId="77777777" w:rsidR="004F3A74" w:rsidRDefault="00000000">
            <w:pPr>
              <w:spacing w:after="0"/>
            </w:pPr>
            <w:r>
              <w:rPr>
                <w:rFonts w:eastAsia="Calibri"/>
                <w:sz w:val="17"/>
              </w:rPr>
              <w:t>/book-appointment</w:t>
            </w:r>
          </w:p>
        </w:tc>
        <w:tc>
          <w:tcPr>
            <w:tcW w:w="46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2649934" w14:textId="77777777" w:rsidR="004F3A74" w:rsidRDefault="00000000">
            <w:pPr>
              <w:spacing w:after="0"/>
            </w:pPr>
            <w:r>
              <w:rPr>
                <w:rFonts w:eastAsia="Calibri"/>
                <w:sz w:val="17"/>
              </w:rPr>
              <w:t>Mở luồng thông thường tại bước chọn hình thức.</w:t>
            </w:r>
          </w:p>
        </w:tc>
      </w:tr>
      <w:tr w:rsidR="004F3A74" w14:paraId="3764230E" w14:textId="77777777">
        <w:tc>
          <w:tcPr>
            <w:tcW w:w="21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6D6A9E31" w14:textId="77777777" w:rsidR="004F3A74" w:rsidRDefault="00000000">
            <w:pPr>
              <w:spacing w:after="0"/>
            </w:pPr>
            <w:r>
              <w:rPr>
                <w:rFonts w:eastAsia="Calibri"/>
                <w:sz w:val="17"/>
              </w:rPr>
              <w:t>Alias hệ thống cũ</w:t>
            </w:r>
          </w:p>
        </w:tc>
        <w:tc>
          <w:tcPr>
            <w:tcW w:w="260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2E43AE92" w14:textId="77777777" w:rsidR="004F3A74" w:rsidRDefault="00000000">
            <w:pPr>
              <w:spacing w:after="0"/>
            </w:pPr>
            <w:r>
              <w:rPr>
                <w:rFonts w:eastAsia="Calibri"/>
                <w:sz w:val="17"/>
              </w:rPr>
              <w:t>?mabs=BS001</w:t>
            </w:r>
          </w:p>
        </w:tc>
        <w:tc>
          <w:tcPr>
            <w:tcW w:w="4660" w:type="dxa"/>
            <w:tcBorders>
              <w:top w:val="single" w:sz="4" w:space="0" w:color="C9D3DF"/>
              <w:left w:val="single" w:sz="4" w:space="0" w:color="C9D3DF"/>
              <w:bottom w:val="single" w:sz="4" w:space="0" w:color="C9D3DF"/>
              <w:right w:val="single" w:sz="4" w:space="0" w:color="C9D3DF"/>
            </w:tcBorders>
            <w:tcMar>
              <w:top w:w="80" w:type="dxa"/>
              <w:left w:w="120" w:type="dxa"/>
              <w:bottom w:w="80" w:type="dxa"/>
              <w:right w:w="120" w:type="dxa"/>
            </w:tcMar>
            <w:vAlign w:val="center"/>
          </w:tcPr>
          <w:p w14:paraId="758CD8C0" w14:textId="77777777" w:rsidR="004F3A74" w:rsidRDefault="00000000">
            <w:pPr>
              <w:spacing w:after="0"/>
            </w:pPr>
            <w:r>
              <w:rPr>
                <w:rFonts w:eastAsia="Calibri"/>
                <w:sz w:val="17"/>
              </w:rPr>
              <w:t>Đọc như doctorCode nếu hệ thống còn hỗ trợ alias.</w:t>
            </w:r>
          </w:p>
        </w:tc>
      </w:tr>
    </w:tbl>
    <w:p w14:paraId="17A199BE" w14:textId="77777777" w:rsidR="004F3A74" w:rsidRDefault="004F3A74">
      <w:pPr>
        <w:spacing w:line="20" w:lineRule="exact"/>
      </w:pPr>
    </w:p>
    <w:p w14:paraId="2D93D6B5" w14:textId="77777777" w:rsidR="004F3A74" w:rsidRDefault="00000000">
      <w:r>
        <w:br w:type="page"/>
      </w:r>
    </w:p>
    <w:p w14:paraId="1BA09893" w14:textId="77777777" w:rsidR="004F3A74" w:rsidRDefault="00000000">
      <w:pPr>
        <w:pStyle w:val="Heading1"/>
      </w:pPr>
      <w:r>
        <w:lastRenderedPageBreak/>
        <w:t>6. Kiểm thử và bàn giao</w:t>
      </w:r>
    </w:p>
    <w:p w14:paraId="7B0A096E" w14:textId="77777777" w:rsidR="004F3A74" w:rsidRDefault="00000000">
      <w:pPr>
        <w:pStyle w:val="Heading2"/>
      </w:pPr>
      <w:r>
        <w:t>6.1 Postman Collection đề xuất</w:t>
      </w:r>
    </w:p>
    <w:p w14:paraId="4B18AC7C" w14:textId="77777777" w:rsidR="004F3A74" w:rsidRDefault="00000000">
      <w:pPr>
        <w:numPr>
          <w:ilvl w:val="0"/>
          <w:numId w:val="14"/>
        </w:numPr>
      </w:pPr>
      <w:r>
        <w:rPr>
          <w:rFonts w:eastAsia="Calibri"/>
          <w:sz w:val="21"/>
        </w:rPr>
        <w:t>01 - Get Hospital Integration Token.</w:t>
      </w:r>
    </w:p>
    <w:p w14:paraId="0C9DDDB4" w14:textId="77777777" w:rsidR="004F3A74" w:rsidRDefault="00000000">
      <w:pPr>
        <w:numPr>
          <w:ilvl w:val="0"/>
          <w:numId w:val="14"/>
        </w:numPr>
      </w:pPr>
      <w:r>
        <w:rPr>
          <w:rFonts w:eastAsia="Calibri"/>
          <w:sz w:val="21"/>
        </w:rPr>
        <w:t>02 - Get Doctors With Work Schedules: có Bearer token và __tenant.</w:t>
      </w:r>
    </w:p>
    <w:p w14:paraId="1F4EEEE6" w14:textId="77777777" w:rsidR="004F3A74" w:rsidRDefault="00000000">
      <w:pPr>
        <w:numPr>
          <w:ilvl w:val="0"/>
          <w:numId w:val="14"/>
        </w:numPr>
      </w:pPr>
      <w:r>
        <w:rPr>
          <w:rFonts w:eastAsia="Calibri"/>
          <w:sz w:val="21"/>
        </w:rPr>
        <w:t>03 - Get Doctor Work Schedule Days: có Bearer token, __tenant và doctorCode.</w:t>
      </w:r>
    </w:p>
    <w:p w14:paraId="322FC359" w14:textId="77777777" w:rsidR="004F3A74" w:rsidRDefault="00000000">
      <w:pPr>
        <w:numPr>
          <w:ilvl w:val="0"/>
          <w:numId w:val="14"/>
        </w:numPr>
      </w:pPr>
      <w:r>
        <w:rPr>
          <w:rFonts w:eastAsia="Calibri"/>
          <w:sz w:val="21"/>
        </w:rPr>
        <w:t>04 - Invalid Date Format: xác nhận HTTP 400.</w:t>
      </w:r>
    </w:p>
    <w:p w14:paraId="6D660658" w14:textId="77777777" w:rsidR="004F3A74" w:rsidRDefault="00000000">
      <w:pPr>
        <w:numPr>
          <w:ilvl w:val="0"/>
          <w:numId w:val="14"/>
        </w:numPr>
      </w:pPr>
      <w:r>
        <w:rPr>
          <w:rFonts w:eastAsia="Calibri"/>
          <w:sz w:val="21"/>
        </w:rPr>
        <w:t>05 - Missing Token: xác nhận HTTP 401.</w:t>
      </w:r>
    </w:p>
    <w:p w14:paraId="7E0E5613" w14:textId="77777777" w:rsidR="004F3A74" w:rsidRDefault="00000000">
      <w:pPr>
        <w:numPr>
          <w:ilvl w:val="0"/>
          <w:numId w:val="14"/>
        </w:numPr>
      </w:pPr>
      <w:r>
        <w:rPr>
          <w:rFonts w:eastAsia="Calibri"/>
          <w:sz w:val="21"/>
        </w:rPr>
        <w:t>06 - Invalid Client Token: dùng token PACS, xác nhận HTTP 403.</w:t>
      </w:r>
    </w:p>
    <w:p w14:paraId="07091DB4" w14:textId="77777777" w:rsidR="004F3A74" w:rsidRDefault="00000000">
      <w:pPr>
        <w:numPr>
          <w:ilvl w:val="0"/>
          <w:numId w:val="14"/>
        </w:numPr>
      </w:pPr>
      <w:r>
        <w:rPr>
          <w:rFonts w:eastAsia="Calibri"/>
          <w:sz w:val="21"/>
        </w:rPr>
        <w:t>07 - Doctor Not Found: xác nhận HTTP 404.</w:t>
      </w:r>
    </w:p>
    <w:p w14:paraId="03C52D2E" w14:textId="77777777" w:rsidR="004F3A74" w:rsidRDefault="00000000">
      <w:pPr>
        <w:pStyle w:val="Heading2"/>
      </w:pPr>
      <w:r>
        <w:t>6.2 Trình tự kiểm thử nhanh</w:t>
      </w:r>
    </w:p>
    <w:p w14:paraId="3E62E653" w14:textId="77777777" w:rsidR="004F3A74" w:rsidRDefault="00000000">
      <w:pPr>
        <w:numPr>
          <w:ilvl w:val="0"/>
          <w:numId w:val="15"/>
        </w:numPr>
      </w:pPr>
      <w:r>
        <w:rPr>
          <w:rFonts w:eastAsia="Calibri"/>
          <w:sz w:val="21"/>
        </w:rPr>
        <w:t>Lấy token Hospital Integration và lưu accessToken.</w:t>
      </w:r>
    </w:p>
    <w:p w14:paraId="732AC2DC" w14:textId="77777777" w:rsidR="004F3A74" w:rsidRDefault="00000000">
      <w:pPr>
        <w:numPr>
          <w:ilvl w:val="0"/>
          <w:numId w:val="15"/>
        </w:numPr>
      </w:pPr>
      <w:r>
        <w:rPr>
          <w:rFonts w:eastAsia="Calibri"/>
          <w:sz w:val="21"/>
        </w:rPr>
        <w:t>Gọi API 1 với đúng tenant; chọn một doctorCode từ response.</w:t>
      </w:r>
    </w:p>
    <w:p w14:paraId="4A82616A" w14:textId="77777777" w:rsidR="004F3A74" w:rsidRDefault="00000000">
      <w:pPr>
        <w:numPr>
          <w:ilvl w:val="0"/>
          <w:numId w:val="15"/>
        </w:numPr>
      </w:pPr>
      <w:r>
        <w:rPr>
          <w:rFonts w:eastAsia="Calibri"/>
          <w:sz w:val="21"/>
        </w:rPr>
        <w:t>Gọi API 2 bằng doctorCode vừa lấy; đối chiếu ngày trả về.</w:t>
      </w:r>
    </w:p>
    <w:p w14:paraId="06E00424" w14:textId="77777777" w:rsidR="004F3A74" w:rsidRDefault="00000000">
      <w:pPr>
        <w:numPr>
          <w:ilvl w:val="0"/>
          <w:numId w:val="15"/>
        </w:numPr>
      </w:pPr>
      <w:r>
        <w:rPr>
          <w:rFonts w:eastAsia="Calibri"/>
          <w:sz w:val="21"/>
        </w:rPr>
        <w:t>Mở deep-link với doctorCode hợp lệ và kiểm tra đúng bác sĩ được chọn.</w:t>
      </w:r>
    </w:p>
    <w:p w14:paraId="5B0B8A61" w14:textId="77777777" w:rsidR="004F3A74" w:rsidRDefault="00000000">
      <w:pPr>
        <w:numPr>
          <w:ilvl w:val="0"/>
          <w:numId w:val="15"/>
        </w:numPr>
      </w:pPr>
      <w:r>
        <w:rPr>
          <w:rFonts w:eastAsia="Calibri"/>
          <w:sz w:val="21"/>
        </w:rPr>
        <w:t>Thực hiện các ca lỗi 400/401/403/404 và đối chiếu ApiResponse.</w:t>
      </w:r>
    </w:p>
    <w:p w14:paraId="64C89902" w14:textId="77777777" w:rsidR="004F3A74" w:rsidRDefault="00000000">
      <w:pPr>
        <w:pStyle w:val="Heading2"/>
      </w:pPr>
      <w:r>
        <w:t>6.3 Bảo mật và hỗ trợ</w:t>
      </w:r>
    </w:p>
    <w:p w14:paraId="7EA2BF89" w14:textId="77777777" w:rsidR="004F3A74" w:rsidRDefault="00000000">
      <w:pPr>
        <w:numPr>
          <w:ilvl w:val="0"/>
          <w:numId w:val="16"/>
        </w:numPr>
      </w:pPr>
      <w:r>
        <w:rPr>
          <w:rFonts w:eastAsia="Calibri"/>
          <w:sz w:val="21"/>
        </w:rPr>
        <w:t>Không lưu clientSecret hoặc accessToken thật trong Collection được chia sẻ.</w:t>
      </w:r>
    </w:p>
    <w:p w14:paraId="449AD47E" w14:textId="77777777" w:rsidR="004F3A74" w:rsidRDefault="00000000">
      <w:pPr>
        <w:numPr>
          <w:ilvl w:val="0"/>
          <w:numId w:val="16"/>
        </w:numPr>
      </w:pPr>
      <w:r>
        <w:rPr>
          <w:rFonts w:eastAsia="Calibri"/>
          <w:sz w:val="21"/>
        </w:rPr>
        <w:t>Không gửi tenantId của môi trường thật trong ảnh chụp công khai.</w:t>
      </w:r>
    </w:p>
    <w:p w14:paraId="02D6CB01" w14:textId="77777777" w:rsidR="004F3A74" w:rsidRDefault="00000000">
      <w:pPr>
        <w:numPr>
          <w:ilvl w:val="0"/>
          <w:numId w:val="16"/>
        </w:numPr>
      </w:pPr>
      <w:r>
        <w:rPr>
          <w:rFonts w:eastAsia="Calibri"/>
          <w:sz w:val="21"/>
        </w:rPr>
        <w:t>Mỗi môi trường có baseUrl và credential riêng do SIS SOFT cung cấp.</w:t>
      </w:r>
    </w:p>
    <w:p w14:paraId="0536A80E" w14:textId="77777777" w:rsidR="004F3A74" w:rsidRDefault="00000000">
      <w:pPr>
        <w:numPr>
          <w:ilvl w:val="0"/>
          <w:numId w:val="16"/>
        </w:numPr>
      </w:pPr>
      <w:r>
        <w:rPr>
          <w:rFonts w:eastAsia="Calibri"/>
          <w:sz w:val="21"/>
        </w:rPr>
        <w:t>Khi gửi yêu cầu hỗ trợ, cung cấp HTTP status, error.code, timestamp và traceId nếu có; loại bỏ credential khỏi log.</w:t>
      </w:r>
    </w:p>
    <w:tbl>
      <w:tblPr>
        <w:tblW w:w="9360" w:type="dxa"/>
        <w:tblInd w:w="120" w:type="dxa"/>
        <w:tblLayout w:type="fixed"/>
        <w:tblLook w:val="04A0" w:firstRow="1" w:lastRow="0" w:firstColumn="1" w:lastColumn="0" w:noHBand="0" w:noVBand="1"/>
      </w:tblPr>
      <w:tblGrid>
        <w:gridCol w:w="9360"/>
      </w:tblGrid>
      <w:tr w:rsidR="004F3A74" w14:paraId="69C8577A" w14:textId="77777777">
        <w:tc>
          <w:tcPr>
            <w:tcW w:w="9360" w:type="dxa"/>
            <w:tcBorders>
              <w:top w:val="single" w:sz="3" w:space="0" w:color="C9D3DF"/>
              <w:left w:val="single" w:sz="18" w:space="0" w:color="1F6B49"/>
              <w:bottom w:val="single" w:sz="3" w:space="0" w:color="C9D3DF"/>
              <w:right w:val="single" w:sz="3" w:space="0" w:color="C9D3DF"/>
            </w:tcBorders>
            <w:shd w:val="clear" w:color="auto" w:fill="F4F6F9"/>
            <w:tcMar>
              <w:top w:w="110" w:type="dxa"/>
              <w:left w:w="160" w:type="dxa"/>
              <w:bottom w:w="110" w:type="dxa"/>
              <w:right w:w="160" w:type="dxa"/>
            </w:tcMar>
          </w:tcPr>
          <w:p w14:paraId="1CD9C787" w14:textId="77777777" w:rsidR="004F3A74" w:rsidRDefault="00000000">
            <w:pPr>
              <w:spacing w:after="40"/>
            </w:pPr>
            <w:r>
              <w:rPr>
                <w:rFonts w:eastAsia="Calibri"/>
                <w:b/>
                <w:color w:val="1F6B49"/>
                <w:sz w:val="17"/>
              </w:rPr>
              <w:t>KẾT QUẢ MONG ĐỢI</w:t>
            </w:r>
            <w:r>
              <w:rPr>
                <w:rFonts w:eastAsia="Calibri"/>
                <w:b/>
                <w:color w:val="1F6B49"/>
                <w:sz w:val="17"/>
              </w:rPr>
              <w:br/>
            </w:r>
            <w:r>
              <w:rPr>
                <w:rFonts w:eastAsia="Calibri"/>
                <w:sz w:val="19"/>
              </w:rPr>
              <w:t>Đối tác có thể kiểm thử hai API trên Postman và triển khai deep-link theo đúng doctorCode, không cần JavaScript mẫu trong tài liệu.</w:t>
            </w:r>
          </w:p>
        </w:tc>
      </w:tr>
    </w:tbl>
    <w:p w14:paraId="45D0E549" w14:textId="77777777" w:rsidR="004F3A74" w:rsidRDefault="004F3A74">
      <w:pPr>
        <w:spacing w:line="20" w:lineRule="exact"/>
      </w:pPr>
    </w:p>
    <w:sectPr w:rsidR="004F3A74"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4C71C" w14:textId="77777777" w:rsidR="00754B3F" w:rsidRDefault="00754B3F">
      <w:pPr>
        <w:spacing w:after="0" w:line="240" w:lineRule="auto"/>
      </w:pPr>
      <w:r>
        <w:separator/>
      </w:r>
    </w:p>
  </w:endnote>
  <w:endnote w:type="continuationSeparator" w:id="0">
    <w:p w14:paraId="65F9D155" w14:textId="77777777" w:rsidR="00754B3F" w:rsidRDefault="00754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8706" w14:textId="77777777" w:rsidR="004F3A74" w:rsidRDefault="004F3A74">
    <w:pPr>
      <w:pStyle w:val="Footer"/>
    </w:pPr>
  </w:p>
  <w:tbl>
    <w:tblPr>
      <w:tblW w:w="9360" w:type="dxa"/>
      <w:tblLayout w:type="fixed"/>
      <w:tblLook w:val="04A0" w:firstRow="1" w:lastRow="0" w:firstColumn="1" w:lastColumn="0" w:noHBand="0" w:noVBand="1"/>
    </w:tblPr>
    <w:tblGrid>
      <w:gridCol w:w="6600"/>
      <w:gridCol w:w="2760"/>
    </w:tblGrid>
    <w:tr w:rsidR="004F3A74" w14:paraId="74BBC431" w14:textId="77777777">
      <w:tc>
        <w:tcPr>
          <w:tcW w:w="6600" w:type="dxa"/>
          <w:tcBorders>
            <w:top w:val="single" w:sz="4" w:space="0" w:color="D7DBE2"/>
          </w:tcBorders>
          <w:tcMar>
            <w:top w:w="50" w:type="dxa"/>
            <w:left w:w="0" w:type="dxa"/>
            <w:bottom w:w="0" w:type="dxa"/>
            <w:right w:w="0" w:type="dxa"/>
          </w:tcMar>
        </w:tcPr>
        <w:p w14:paraId="0C1CD24A" w14:textId="77777777" w:rsidR="004F3A74" w:rsidRDefault="00000000">
          <w:r>
            <w:rPr>
              <w:rFonts w:eastAsia="Calibri"/>
              <w:color w:val="5F6B7A"/>
              <w:sz w:val="16"/>
            </w:rPr>
            <w:t>Tài liệu dành cho đối tác - Không chứa thông tin bí mật thật</w:t>
          </w:r>
        </w:p>
      </w:tc>
      <w:tc>
        <w:tcPr>
          <w:tcW w:w="2760" w:type="dxa"/>
          <w:tcBorders>
            <w:top w:val="single" w:sz="4" w:space="0" w:color="D7DBE2"/>
          </w:tcBorders>
          <w:tcMar>
            <w:top w:w="50" w:type="dxa"/>
            <w:left w:w="0" w:type="dxa"/>
            <w:bottom w:w="0" w:type="dxa"/>
            <w:right w:w="0" w:type="dxa"/>
          </w:tcMar>
        </w:tcPr>
        <w:p w14:paraId="48BC23F2" w14:textId="77777777" w:rsidR="004F3A74" w:rsidRDefault="00000000">
          <w:pPr>
            <w:jc w:val="right"/>
          </w:pPr>
          <w:r>
            <w:rPr>
              <w:rFonts w:eastAsia="Calibri"/>
              <w:color w:val="5F6B7A"/>
              <w:sz w:val="17"/>
            </w:rPr>
            <w:t xml:space="preserve">Trang </w:t>
          </w:r>
          <w:r>
            <w:rPr>
              <w:rFonts w:eastAsia="Calibri"/>
              <w:color w:val="5F6B7A"/>
              <w:sz w:val="17"/>
            </w:rPr>
            <w:fldChar w:fldCharType="begin"/>
          </w:r>
          <w:r>
            <w:rPr>
              <w:rFonts w:eastAsia="Calibri"/>
              <w:color w:val="5F6B7A"/>
              <w:sz w:val="17"/>
            </w:rPr>
            <w:instrText xml:space="preserve"> PAGE </w:instrText>
          </w:r>
          <w:r>
            <w:rPr>
              <w:rFonts w:eastAsia="Calibri"/>
              <w:color w:val="5F6B7A"/>
              <w:sz w:val="17"/>
            </w:rPr>
            <w:fldChar w:fldCharType="separate"/>
          </w:r>
          <w:r>
            <w:rPr>
              <w:rFonts w:eastAsia="Calibri"/>
              <w:color w:val="5F6B7A"/>
              <w:sz w:val="17"/>
            </w:rPr>
            <w:t>1</w:t>
          </w:r>
          <w:r>
            <w:rPr>
              <w:rFonts w:eastAsia="Calibri"/>
              <w:color w:val="5F6B7A"/>
              <w:sz w:val="17"/>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28997" w14:textId="77777777" w:rsidR="00754B3F" w:rsidRDefault="00754B3F">
      <w:pPr>
        <w:spacing w:after="0" w:line="240" w:lineRule="auto"/>
      </w:pPr>
      <w:r>
        <w:separator/>
      </w:r>
    </w:p>
  </w:footnote>
  <w:footnote w:type="continuationSeparator" w:id="0">
    <w:p w14:paraId="7860FBE3" w14:textId="77777777" w:rsidR="00754B3F" w:rsidRDefault="00754B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9936A" w14:textId="77777777" w:rsidR="004F3A74" w:rsidRDefault="00000000">
    <w:pPr>
      <w:pStyle w:val="Header"/>
      <w:pBdr>
        <w:bottom w:val="single" w:sz="6" w:space="4" w:color="D7DBE2"/>
      </w:pBdr>
      <w:spacing w:after="40"/>
    </w:pPr>
    <w:r>
      <w:rPr>
        <w:rFonts w:eastAsia="Calibri"/>
        <w:b/>
        <w:color w:val="2E74B5"/>
        <w:sz w:val="18"/>
      </w:rPr>
      <w:t>SIS SOFT</w:t>
    </w:r>
    <w:r>
      <w:rPr>
        <w:rFonts w:eastAsia="Calibri"/>
        <w:color w:val="5F6B7A"/>
        <w:sz w:val="17"/>
      </w:rPr>
      <w:t xml:space="preserve">  |  HIS Work Schedule API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905F35"/>
    <w:multiLevelType w:val="singleLevel"/>
    <w:tmpl w:val="A440B3C4"/>
    <w:lvl w:ilvl="0">
      <w:start w:val="1"/>
      <w:numFmt w:val="decimal"/>
      <w:lvlText w:val="%1."/>
      <w:lvlJc w:val="left"/>
      <w:pPr>
        <w:tabs>
          <w:tab w:val="num" w:pos="540"/>
        </w:tabs>
        <w:spacing w:after="80" w:line="300" w:lineRule="auto"/>
        <w:ind w:left="540" w:hanging="270"/>
      </w:pPr>
    </w:lvl>
  </w:abstractNum>
  <w:abstractNum w:abstractNumId="10" w15:restartNumberingAfterBreak="0">
    <w:nsid w:val="17DC0DF9"/>
    <w:multiLevelType w:val="singleLevel"/>
    <w:tmpl w:val="999EE4BA"/>
    <w:lvl w:ilvl="0">
      <w:start w:val="1"/>
      <w:numFmt w:val="bullet"/>
      <w:lvlText w:val="•"/>
      <w:lvlJc w:val="left"/>
      <w:pPr>
        <w:tabs>
          <w:tab w:val="num" w:pos="540"/>
        </w:tabs>
        <w:spacing w:after="80" w:line="300" w:lineRule="auto"/>
        <w:ind w:left="540" w:hanging="270"/>
      </w:pPr>
      <w:rPr>
        <w:rFonts w:ascii="Arial" w:hAnsi="Arial"/>
      </w:rPr>
    </w:lvl>
  </w:abstractNum>
  <w:abstractNum w:abstractNumId="11" w15:restartNumberingAfterBreak="0">
    <w:nsid w:val="336D234A"/>
    <w:multiLevelType w:val="singleLevel"/>
    <w:tmpl w:val="30C8B478"/>
    <w:lvl w:ilvl="0">
      <w:start w:val="1"/>
      <w:numFmt w:val="decimal"/>
      <w:lvlText w:val="%1."/>
      <w:lvlJc w:val="left"/>
      <w:pPr>
        <w:tabs>
          <w:tab w:val="num" w:pos="540"/>
        </w:tabs>
        <w:spacing w:after="80" w:line="300" w:lineRule="auto"/>
        <w:ind w:left="540" w:hanging="270"/>
      </w:pPr>
    </w:lvl>
  </w:abstractNum>
  <w:abstractNum w:abstractNumId="12" w15:restartNumberingAfterBreak="0">
    <w:nsid w:val="33F61EDE"/>
    <w:multiLevelType w:val="singleLevel"/>
    <w:tmpl w:val="AB82324E"/>
    <w:lvl w:ilvl="0">
      <w:start w:val="1"/>
      <w:numFmt w:val="bullet"/>
      <w:lvlText w:val="•"/>
      <w:lvlJc w:val="left"/>
      <w:pPr>
        <w:tabs>
          <w:tab w:val="num" w:pos="540"/>
        </w:tabs>
        <w:spacing w:after="80" w:line="300" w:lineRule="auto"/>
        <w:ind w:left="540" w:hanging="270"/>
      </w:pPr>
      <w:rPr>
        <w:rFonts w:ascii="Arial" w:hAnsi="Arial"/>
      </w:rPr>
    </w:lvl>
  </w:abstractNum>
  <w:abstractNum w:abstractNumId="13" w15:restartNumberingAfterBreak="0">
    <w:nsid w:val="39B22D4C"/>
    <w:multiLevelType w:val="singleLevel"/>
    <w:tmpl w:val="D08C406E"/>
    <w:lvl w:ilvl="0">
      <w:start w:val="1"/>
      <w:numFmt w:val="decimal"/>
      <w:lvlText w:val="%1."/>
      <w:lvlJc w:val="left"/>
      <w:pPr>
        <w:tabs>
          <w:tab w:val="num" w:pos="540"/>
        </w:tabs>
        <w:spacing w:after="80" w:line="300" w:lineRule="auto"/>
        <w:ind w:left="540" w:hanging="270"/>
      </w:pPr>
    </w:lvl>
  </w:abstractNum>
  <w:abstractNum w:abstractNumId="14" w15:restartNumberingAfterBreak="0">
    <w:nsid w:val="5E8A0D84"/>
    <w:multiLevelType w:val="singleLevel"/>
    <w:tmpl w:val="7674B7CA"/>
    <w:lvl w:ilvl="0">
      <w:start w:val="1"/>
      <w:numFmt w:val="decimal"/>
      <w:lvlText w:val="%1."/>
      <w:lvlJc w:val="left"/>
      <w:pPr>
        <w:tabs>
          <w:tab w:val="num" w:pos="540"/>
        </w:tabs>
        <w:spacing w:after="80" w:line="300" w:lineRule="auto"/>
        <w:ind w:left="540" w:hanging="270"/>
      </w:pPr>
    </w:lvl>
  </w:abstractNum>
  <w:abstractNum w:abstractNumId="15" w15:restartNumberingAfterBreak="0">
    <w:nsid w:val="783C5679"/>
    <w:multiLevelType w:val="singleLevel"/>
    <w:tmpl w:val="6F64CFE2"/>
    <w:lvl w:ilvl="0">
      <w:start w:val="1"/>
      <w:numFmt w:val="bullet"/>
      <w:lvlText w:val="•"/>
      <w:lvlJc w:val="left"/>
      <w:pPr>
        <w:tabs>
          <w:tab w:val="num" w:pos="540"/>
        </w:tabs>
        <w:spacing w:after="80" w:line="300" w:lineRule="auto"/>
        <w:ind w:left="540" w:hanging="270"/>
      </w:pPr>
      <w:rPr>
        <w:rFonts w:ascii="Arial" w:hAnsi="Arial"/>
      </w:rPr>
    </w:lvl>
  </w:abstractNum>
  <w:num w:numId="1" w16cid:durableId="916743836">
    <w:abstractNumId w:val="8"/>
  </w:num>
  <w:num w:numId="2" w16cid:durableId="727806325">
    <w:abstractNumId w:val="6"/>
  </w:num>
  <w:num w:numId="3" w16cid:durableId="1515999199">
    <w:abstractNumId w:val="5"/>
  </w:num>
  <w:num w:numId="4" w16cid:durableId="895776817">
    <w:abstractNumId w:val="4"/>
  </w:num>
  <w:num w:numId="5" w16cid:durableId="1541622752">
    <w:abstractNumId w:val="7"/>
  </w:num>
  <w:num w:numId="6" w16cid:durableId="1938755158">
    <w:abstractNumId w:val="3"/>
  </w:num>
  <w:num w:numId="7" w16cid:durableId="8147964">
    <w:abstractNumId w:val="2"/>
  </w:num>
  <w:num w:numId="8" w16cid:durableId="1636762770">
    <w:abstractNumId w:val="1"/>
  </w:num>
  <w:num w:numId="9" w16cid:durableId="93135813">
    <w:abstractNumId w:val="0"/>
  </w:num>
  <w:num w:numId="10" w16cid:durableId="1032192520">
    <w:abstractNumId w:val="12"/>
  </w:num>
  <w:num w:numId="11" w16cid:durableId="1500654385">
    <w:abstractNumId w:val="11"/>
    <w:lvlOverride w:ilvl="0">
      <w:startOverride w:val="1"/>
    </w:lvlOverride>
  </w:num>
  <w:num w:numId="12" w16cid:durableId="649334352">
    <w:abstractNumId w:val="10"/>
  </w:num>
  <w:num w:numId="13" w16cid:durableId="653722118">
    <w:abstractNumId w:val="13"/>
    <w:lvlOverride w:ilvl="0">
      <w:startOverride w:val="1"/>
    </w:lvlOverride>
  </w:num>
  <w:num w:numId="14" w16cid:durableId="1491677787">
    <w:abstractNumId w:val="14"/>
    <w:lvlOverride w:ilvl="0">
      <w:startOverride w:val="1"/>
    </w:lvlOverride>
  </w:num>
  <w:num w:numId="15" w16cid:durableId="616108620">
    <w:abstractNumId w:val="9"/>
    <w:lvlOverride w:ilvl="0">
      <w:startOverride w:val="1"/>
    </w:lvlOverride>
  </w:num>
  <w:num w:numId="16" w16cid:durableId="5461838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91E79"/>
    <w:rsid w:val="004F3A74"/>
    <w:rsid w:val="00541E9A"/>
    <w:rsid w:val="00754B3F"/>
    <w:rsid w:val="0096544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53249B"/>
  <w14:defaultImageDpi w14:val="300"/>
  <w15:docId w15:val="{068CAA51-F2F2-48C6-8BD1-E22545B66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Calibri" w:hAnsi="Calibri"/>
      <w:color w:val="0B2545"/>
    </w:rPr>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540" w:hanging="271"/>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540" w:hanging="271"/>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1598</Words>
  <Characters>9114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HIS Work Schedule API</vt:lpstr>
    </vt:vector>
  </TitlesOfParts>
  <Manager/>
  <Company/>
  <LinksUpToDate>false</LinksUpToDate>
  <CharactersWithSpaces>10691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 Work Schedule API</dc:title>
  <dc:subject>Tài liệu tích hợp API dành cho đối tác</dc:subject>
  <dc:creator>SIS SOFT</dc:creator>
  <cp:keywords/>
  <dc:description>Bản phát hành cho đối tác tích hợp.</dc:description>
  <cp:lastModifiedBy>Huu Thang</cp:lastModifiedBy>
  <cp:revision>2</cp:revision>
  <dcterms:created xsi:type="dcterms:W3CDTF">2026-07-28T04:26:00Z</dcterms:created>
  <dcterms:modified xsi:type="dcterms:W3CDTF">2026-07-28T04:26:00Z</dcterms:modified>
  <cp:category/>
</cp:coreProperties>
</file>